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Opsigelsesbrev uden begrundelse</w:t>
      </w:r>
    </w:p>
    <w:p>
      <w:r>
        <w:t>Kære [Navn på leder],</w:t>
        <w:br/>
        <w:br/>
        <w:t>Jeg opsiger hermed min stilling som [Stilling] pr. [Dato].</w:t>
        <w:br/>
        <w:t>Min sidste arbejdsdag bliver [Dato i henhold til opsigelsesvarsel].</w:t>
        <w:br/>
        <w:br/>
        <w:t>Tak for samarbejdet.</w:t>
        <w:br/>
        <w:br/>
        <w:t>Med venlig hilsen</w:t>
        <w:br/>
        <w:t>[Fulde navn]</w:t>
        <w:br/>
        <w:t>[Telefon]</w:t>
        <w:br/>
        <w:t>[E-mail]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