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Referenceliste – Skabelon</w:t>
      </w:r>
    </w:p>
    <w:p>
      <w:r>
        <w:t>Reference 1:</w:t>
      </w:r>
    </w:p>
    <w:p>
      <w:r>
        <w:t>Navn: _________________________</w:t>
      </w:r>
    </w:p>
    <w:p>
      <w:r>
        <w:t>Stilling: _________________________</w:t>
      </w:r>
    </w:p>
    <w:p>
      <w:r>
        <w:t>Virksomhed: _________________________</w:t>
      </w:r>
    </w:p>
    <w:p>
      <w:r>
        <w:t>Telefon: _________________________</w:t>
      </w:r>
    </w:p>
    <w:p>
      <w:r>
        <w:t>E-mail: _________________________</w:t>
      </w:r>
    </w:p>
    <w:p>
      <w:r>
        <w:t>Relation til dig: _________________________</w:t>
        <w:br/>
      </w:r>
    </w:p>
    <w:p>
      <w:r>
        <w:t>Reference 2:</w:t>
      </w:r>
    </w:p>
    <w:p>
      <w:r>
        <w:t>Navn: _________________________</w:t>
      </w:r>
    </w:p>
    <w:p>
      <w:r>
        <w:t>Stilling: _________________________</w:t>
      </w:r>
    </w:p>
    <w:p>
      <w:r>
        <w:t>Virksomhed: _________________________</w:t>
      </w:r>
    </w:p>
    <w:p>
      <w:r>
        <w:t>Telefon: _________________________</w:t>
      </w:r>
    </w:p>
    <w:p>
      <w:r>
        <w:t>E-mail: _________________________</w:t>
      </w:r>
    </w:p>
    <w:p>
      <w:r>
        <w:t>Relation til dig: _________________________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