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København, den 15. januar 2026</w:t>
        <w:br/>
      </w:r>
    </w:p>
    <w:p>
      <w:r>
        <w:t>Til HR-afdelingen</w:t>
      </w:r>
    </w:p>
    <w:p>
      <w:r>
        <w:t>[Virksomhedsnavn]</w:t>
      </w:r>
    </w:p>
    <w:p>
      <w:r>
        <w:t>[Adresse]</w:t>
        <w:br/>
      </w:r>
    </w:p>
    <w:p>
      <w:pPr>
        <w:pStyle w:val="Heading2"/>
      </w:pPr>
      <w:r>
        <w:t>Opsigelse af min stilling</w:t>
      </w:r>
    </w:p>
    <w:p>
      <w:r>
        <w:t>Jeg ønsker hermed at opsige min stilling som [Din stilling] hos [Virksomhedsnavn] med virkning fra dags dato.</w:t>
        <w:br/>
      </w:r>
    </w:p>
    <w:p>
      <w:r>
        <w:t>I henhold til mit opsigelsesvarsel på [Opsigelsesvarsel] er min sidste arbejdsdag derfor den [Dato for sidste arbejdsdag].</w:t>
        <w:br/>
      </w:r>
    </w:p>
    <w:p>
      <w:r>
        <w:t>Jeg vil gerne benytte lejligheden til at sige tak for samarbejdet og de muligheder, jeg har fået i min tid i virksomheden.</w:t>
        <w:br/>
      </w:r>
    </w:p>
    <w:p>
      <w:r>
        <w:t>Jeg hjælper naturligvis gerne med en gnidningsfri overlevering af mine arbejdsopgaver i opsigelsesperioden.</w:t>
        <w:br/>
      </w:r>
    </w:p>
    <w:p>
      <w:r>
        <w:t>Med venlig hilsen</w:t>
        <w:br/>
      </w:r>
    </w:p>
    <w:p>
      <w:r>
        <w:t>_____________________________</w:t>
      </w:r>
    </w:p>
    <w:p>
      <w:r>
        <w:t>[Dit navn]</w:t>
      </w:r>
    </w:p>
    <w:p>
      <w:r>
        <w:t>[Telefonnummer]</w:t>
      </w:r>
    </w:p>
    <w:p>
      <w:r>
        <w:t>[E-mail]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