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sz w:val="22"/>
        </w:rPr>
        <w:t>[Navn]</w:t>
        <w:br/>
        <w:t>[Adresse]</w:t>
        <w:br/>
        <w:t>[Postnr] [By]</w:t>
        <w:br/>
        <w:t>[Telefon]</w:t>
        <w:br/>
        <w:t>[E-mail]</w:t>
      </w:r>
    </w:p>
    <w:p/>
    <w:p>
      <w:r>
        <w:rPr>
          <w:sz w:val="22"/>
        </w:rPr>
        <w:t>[Virksomhedsnavn]</w:t>
        <w:br/>
        <w:t>[Afdeling]</w:t>
        <w:br/>
        <w:t>[Adresse]</w:t>
        <w:br/>
        <w:t>[Postnr] [By]</w:t>
      </w:r>
    </w:p>
    <w:p/>
    <w:p>
      <w:pPr>
        <w:jc w:val="left"/>
      </w:pPr>
      <w:r>
        <w:t>Dato: [dd.mm.åååå]</w:t>
      </w:r>
    </w:p>
    <w:p/>
    <w:p>
      <w:r>
        <w:rPr>
          <w:b/>
          <w:sz w:val="26"/>
        </w:rPr>
        <w:t>Opsigelse af stilling som [stilling]</w:t>
      </w:r>
    </w:p>
    <w:p/>
    <w:p>
      <w:r>
        <w:t>Kære [navn på leder],</w:t>
      </w:r>
    </w:p>
    <w:p>
      <w:r>
        <w:t>Jeg skal hermed meddele, at jeg ønsker at opsige min stilling som [stilling] hos [virksomhed], med virkning fra i dag.</w:t>
      </w:r>
    </w:p>
    <w:p>
      <w:r>
        <w:t>I henhold til min ansættelseskontrakt er min opsigelsesfrist [x uger/måneder]. Min sidste arbejdsdag vil derfor være den [dato].</w:t>
      </w:r>
    </w:p>
    <w:p>
      <w:r>
        <w:t>Jeg vil gerne sige tak for samarbejdet og de muligheder, jeg har haft under min ansættelse hos [virksomhed]. Jeg står naturligvis til rådighed for at hjælpe med en god og struktureret overdragelse af mine opgaver i opsigelsesperioden.</w:t>
      </w:r>
    </w:p>
    <w:p>
      <w:r>
        <w:t>Såfremt I har spørgsmål til ovenstående, er I meget velkomne til at kontakte mig.</w:t>
        <w:br/>
      </w:r>
    </w:p>
    <w:p/>
    <w:p>
      <w:r>
        <w:t>Med venlig hilsen,</w:t>
      </w:r>
    </w:p>
    <w:p>
      <w:r>
        <w:t>[Navn]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