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CV (2026) – Skabelon</w:t>
      </w:r>
    </w:p>
    <w:p/>
    <w:p>
      <w:r>
        <w:rPr>
          <w:b/>
          <w:sz w:val="28"/>
        </w:rPr>
        <w:t>[Fulde navn]</w:t>
      </w:r>
      <w:r>
        <w:t xml:space="preserve">  |  [Telefon]  |  [E-mail]  |  [By]  |  [LinkedIn/Portfolio]</w:t>
      </w:r>
    </w:p>
    <w:p/>
    <w:p>
      <w:r>
        <w:rPr>
          <w:b/>
          <w:sz w:val="24"/>
        </w:rPr>
        <w:t>PROFIL</w:t>
      </w:r>
    </w:p>
    <w:p>
      <w:r>
        <w:t>[Skriv 3–5 linjer: hvem du er, hvad du kan, og hvilken type job du søger. Brug gerne nøgleord fra jobopslaget.]</w:t>
      </w:r>
    </w:p>
    <w:p>
      <w:r>
        <w:rPr>
          <w:b/>
          <w:sz w:val="24"/>
        </w:rPr>
        <w:t>KOMPETENCER</w:t>
      </w:r>
    </w:p>
    <w:p>
      <w:pPr>
        <w:pStyle w:val="ListBullet"/>
      </w:pPr>
      <w:r>
        <w:t>[Kompetence 1 – fx Kundeservice / Salg / Administration]</w:t>
      </w:r>
    </w:p>
    <w:p>
      <w:pPr>
        <w:pStyle w:val="ListBullet"/>
      </w:pPr>
      <w:r>
        <w:t>[Kompetence 2 – fx Planlægning / Koordinering / Struktur]</w:t>
      </w:r>
    </w:p>
    <w:p>
      <w:pPr>
        <w:pStyle w:val="ListBullet"/>
      </w:pPr>
      <w:r>
        <w:t>[Kompetence 3 – fx IT: Excel / Word / CRM / SAP]</w:t>
      </w:r>
    </w:p>
    <w:p>
      <w:pPr>
        <w:pStyle w:val="ListBullet"/>
      </w:pPr>
      <w:r>
        <w:t>[Kompetence 4 – fx Sprog / Kommunikation / Teamarbejde]</w:t>
      </w:r>
    </w:p>
    <w:p>
      <w:r>
        <w:rPr>
          <w:b/>
          <w:sz w:val="24"/>
        </w:rPr>
        <w:t>ERHVERVSERFARING</w:t>
      </w:r>
    </w:p>
    <w:p>
      <w:r>
        <w:rPr>
          <w:b/>
        </w:rPr>
        <w:t>[Jobtitel] – [Virksomhed], [By]  |  [Måned År] – [Måned År]</w:t>
      </w:r>
    </w:p>
    <w:p>
      <w:pPr>
        <w:pStyle w:val="ListBullet"/>
      </w:pPr>
      <w:r>
        <w:t>[Resultat/ansvar 1 – start med udsagnsord og gerne tal: 'Forbedrede ... med X%']</w:t>
      </w:r>
    </w:p>
    <w:p>
      <w:pPr>
        <w:pStyle w:val="ListBullet"/>
      </w:pPr>
      <w:r>
        <w:t>[Resultat/ansvar 2 – 'Håndterede ...' / 'Koordinerede ...']</w:t>
      </w:r>
    </w:p>
    <w:p>
      <w:pPr>
        <w:pStyle w:val="ListBullet"/>
      </w:pPr>
      <w:r>
        <w:t>[Resultat/ansvar 3 – 'Sikrede ...' / 'Reducerede ...']</w:t>
      </w:r>
    </w:p>
    <w:p/>
    <w:p>
      <w:r>
        <w:rPr>
          <w:b/>
        </w:rPr>
        <w:t>[Jobtitel] – [Virksomhed], [By]  |  [Måned År] – [Måned År]</w:t>
      </w:r>
    </w:p>
    <w:p>
      <w:pPr>
        <w:pStyle w:val="ListBullet"/>
      </w:pPr>
      <w:r>
        <w:t>[Resultat/ansvar 1]</w:t>
      </w:r>
    </w:p>
    <w:p>
      <w:pPr>
        <w:pStyle w:val="ListBullet"/>
      </w:pPr>
      <w:r>
        <w:t>[Resultat/ansvar 2]</w:t>
      </w:r>
    </w:p>
    <w:p>
      <w:pPr>
        <w:pStyle w:val="ListBullet"/>
      </w:pPr>
      <w:r>
        <w:t>[Resultat/ansvar 3]</w:t>
      </w:r>
    </w:p>
    <w:p>
      <w:r>
        <w:rPr>
          <w:b/>
          <w:sz w:val="24"/>
        </w:rPr>
        <w:t>UDDANNELSE</w:t>
      </w:r>
    </w:p>
    <w:p>
      <w:r>
        <w:t>[Uddannelse] – [Skole/Institution], [By]  |  [År – År]</w:t>
      </w:r>
    </w:p>
    <w:p>
      <w:r>
        <w:t>[Evt. relevante kurser/certifikater: fx Hygiejnebevis, Truckcertifikat, IT-kursus]</w:t>
      </w:r>
    </w:p>
    <w:p>
      <w:r>
        <w:rPr>
          <w:b/>
          <w:sz w:val="24"/>
        </w:rPr>
        <w:t>SPROG &amp; IT</w:t>
      </w:r>
    </w:p>
    <w:p>
      <w:pPr>
        <w:pStyle w:val="ListBullet"/>
      </w:pPr>
      <w:r>
        <w:t>Dansk: [Niveau]</w:t>
      </w:r>
    </w:p>
    <w:p>
      <w:pPr>
        <w:pStyle w:val="ListBullet"/>
      </w:pPr>
      <w:r>
        <w:t>Engelsk: [Niveau]</w:t>
      </w:r>
    </w:p>
    <w:p>
      <w:pPr>
        <w:pStyle w:val="ListBullet"/>
      </w:pPr>
      <w:r>
        <w:t>IT: [Excel / Word / Google Workspace / Systemer]</w:t>
      </w:r>
    </w:p>
    <w:p>
      <w:r>
        <w:rPr>
          <w:b/>
          <w:sz w:val="24"/>
        </w:rPr>
        <w:t>FRIVILLIGT / PROJEKTER (VALGFRIT)</w:t>
      </w:r>
    </w:p>
    <w:p>
      <w:r>
        <w:t>[Kort: hvad du lavede, og hvilken værdi det viser.]</w:t>
      </w:r>
    </w:p>
    <w:p>
      <w:r>
        <w:rPr>
          <w:b/>
          <w:sz w:val="24"/>
        </w:rPr>
        <w:t>REFERENCER</w:t>
      </w:r>
    </w:p>
    <w:p>
      <w:r>
        <w:t>Oplyses på forespørgsel.</w:t>
      </w:r>
    </w:p>
    <w:p/>
    <w:p>
      <w:r>
        <w:rPr>
          <w:i/>
          <w:sz w:val="18"/>
        </w:rPr>
        <w:t>Tip: Gem dette CV som PDF inden du sender det. Hold layoutet simpelt for ATS.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