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5896"/>
        <w:gridCol w:w="3402"/>
      </w:tblGrid>
      <w:tr>
        <w:tc>
          <w:tcPr>
            <w:tcW w:type="dxa" w:w="5896"/>
            <w:tcBorders>
              <w:left w:val="nil"/>
              <w:top w:val="nil"/>
              <w:right w:val="nil"/>
              <w:bottom w:val="nil"/>
            </w:tcBorders>
            <w:vAlign w:val="center"/>
            <w:shd w:fill="EAF0FF"/>
          </w:tcPr>
          <w:p>
            <w:pPr>
              <w:jc w:val="left"/>
            </w:pPr>
            <w:r>
              <w:rPr>
                <w:rFonts w:ascii="Aptos" w:hAnsi="Aptos" w:eastAsia="Aptos"/>
                <w:b/>
                <w:i w:val="0"/>
                <w:color w:val="0F172A"/>
                <w:sz w:val="40"/>
              </w:rPr>
              <w:t>Ansøgning skabelon</w:t>
            </w:r>
          </w:p>
          <w:p>
            <w:pPr>
              <w:spacing w:before="40" w:after="0"/>
            </w:pPr>
            <w:r>
              <w:rPr>
                <w:rFonts w:ascii="Aptos" w:hAnsi="Aptos" w:eastAsia="Aptos"/>
                <w:b w:val="0"/>
                <w:i w:val="0"/>
                <w:color w:val="475569"/>
                <w:sz w:val="19"/>
              </w:rPr>
              <w:t>Professionel Word-skabelon til jobsøgning i Danmark</w:t>
            </w:r>
          </w:p>
        </w:tc>
        <w:tc>
          <w:tcPr>
            <w:tcW w:type="dxa" w:w="3402"/>
            <w:tcBorders>
              <w:left w:val="nil"/>
              <w:top w:val="nil"/>
              <w:right w:val="nil"/>
              <w:bottom w:val="nil"/>
            </w:tcBorders>
            <w:vAlign w:val="center"/>
            <w:shd w:fill="3B5BCC"/>
          </w:tcPr>
          <w:p>
            <w:pPr>
              <w:jc w:val="center"/>
            </w:pPr>
            <w:r>
              <w:rPr>
                <w:rFonts w:ascii="Aptos" w:hAnsi="Aptos" w:eastAsia="Aptos"/>
                <w:b/>
                <w:i w:val="0"/>
                <w:color w:val="FFFFFF"/>
                <w:sz w:val="28"/>
              </w:rPr>
              <w:t>detgodejob.dk</w:t>
            </w:r>
          </w:p>
        </w:tc>
      </w:tr>
    </w:tbl>
    <w:p>
      <w:pPr>
        <w:spacing w:after="40"/>
      </w:pPr>
    </w:p>
    <w:tbl>
      <w:tblPr>
        <w:tblW w:type="auto" w:w="0"/>
        <w:jc w:val="center"/>
        <w:tblLayout w:type="fixed"/>
        <w:tblLook w:firstColumn="1" w:firstRow="1" w:lastColumn="0" w:lastRow="0" w:noHBand="0" w:noVBand="1" w:val="04A0"/>
      </w:tblPr>
      <w:tblGrid>
        <w:gridCol w:w="5499"/>
        <w:gridCol w:w="3798"/>
      </w:tblGrid>
      <w:tr>
        <w:tc>
          <w:tcPr>
            <w:tcW w:type="dxa" w:w="5499"/>
            <w:tcBorders>
              <w:left w:val="nil"/>
              <w:top w:val="nil"/>
              <w:right w:val="nil"/>
              <w:bottom w:val="nil"/>
            </w:tcBorders>
          </w:tcPr>
          <w:p>
            <w:r>
              <w:rPr>
                <w:rFonts w:ascii="Aptos" w:hAnsi="Aptos" w:eastAsia="Aptos"/>
                <w:b/>
                <w:i w:val="0"/>
                <w:color w:val="0F172A"/>
                <w:sz w:val="26"/>
              </w:rPr>
              <w:t>[Dit navn]</w:t>
            </w:r>
          </w:p>
          <w:p>
            <w:pPr>
              <w:spacing w:after="20"/>
            </w:pPr>
            <w:r>
              <w:rPr>
                <w:rFonts w:ascii="Aptos" w:hAnsi="Aptos" w:eastAsia="Aptos"/>
                <w:b w:val="0"/>
                <w:i w:val="0"/>
                <w:color w:val="4B5563"/>
                <w:sz w:val="21"/>
              </w:rPr>
              <w:t>[Adresse]</w:t>
            </w:r>
          </w:p>
          <w:p>
            <w:pPr>
              <w:spacing w:after="20"/>
            </w:pPr>
            <w:r>
              <w:rPr>
                <w:rFonts w:ascii="Aptos" w:hAnsi="Aptos" w:eastAsia="Aptos"/>
                <w:b w:val="0"/>
                <w:i w:val="0"/>
                <w:color w:val="4B5563"/>
                <w:sz w:val="21"/>
              </w:rPr>
              <w:t>[Postnr. og by]</w:t>
            </w:r>
          </w:p>
          <w:p>
            <w:pPr>
              <w:spacing w:after="20"/>
            </w:pPr>
            <w:r>
              <w:rPr>
                <w:rFonts w:ascii="Aptos" w:hAnsi="Aptos" w:eastAsia="Aptos"/>
                <w:b w:val="0"/>
                <w:i w:val="0"/>
                <w:color w:val="4B5563"/>
                <w:sz w:val="21"/>
              </w:rPr>
              <w:t>[Telefon]</w:t>
            </w:r>
          </w:p>
          <w:p>
            <w:pPr>
              <w:spacing w:after="20"/>
            </w:pPr>
            <w:r>
              <w:rPr>
                <w:rFonts w:ascii="Aptos" w:hAnsi="Aptos" w:eastAsia="Aptos"/>
                <w:b w:val="0"/>
                <w:i w:val="0"/>
                <w:color w:val="4B5563"/>
                <w:sz w:val="21"/>
              </w:rPr>
              <w:t>[E-mail]</w:t>
            </w:r>
          </w:p>
        </w:tc>
        <w:tc>
          <w:tcPr>
            <w:tcW w:type="dxa" w:w="3798"/>
            <w:tcBorders>
              <w:left w:val="nil"/>
              <w:top w:val="nil"/>
              <w:right w:val="nil"/>
              <w:bottom w:val="nil"/>
            </w:tcBorders>
          </w:tcPr>
          <w:p>
            <w:pPr>
              <w:spacing w:after="20"/>
              <w:jc w:val="right"/>
            </w:pPr>
            <w:r>
              <w:rPr>
                <w:rFonts w:ascii="Aptos" w:hAnsi="Aptos" w:eastAsia="Aptos"/>
                <w:b w:val="0"/>
                <w:i w:val="0"/>
                <w:color w:val="4B5563"/>
                <w:sz w:val="21"/>
              </w:rPr>
              <w:t>[Virksomhedens navn]</w:t>
            </w:r>
          </w:p>
          <w:p>
            <w:pPr>
              <w:spacing w:after="20"/>
              <w:jc w:val="right"/>
            </w:pPr>
            <w:r>
              <w:rPr>
                <w:rFonts w:ascii="Aptos" w:hAnsi="Aptos" w:eastAsia="Aptos"/>
                <w:b w:val="0"/>
                <w:i w:val="0"/>
                <w:color w:val="4B5563"/>
                <w:sz w:val="21"/>
              </w:rPr>
              <w:t>[Kontaktperson / HR]</w:t>
            </w:r>
          </w:p>
          <w:p>
            <w:pPr>
              <w:spacing w:after="20"/>
              <w:jc w:val="right"/>
            </w:pPr>
            <w:r>
              <w:rPr>
                <w:rFonts w:ascii="Aptos" w:hAnsi="Aptos" w:eastAsia="Aptos"/>
                <w:b w:val="0"/>
                <w:i w:val="0"/>
                <w:color w:val="4B5563"/>
                <w:sz w:val="21"/>
              </w:rPr>
              <w:t>[Virksomhedens adresse]</w:t>
            </w:r>
          </w:p>
          <w:p>
            <w:pPr>
              <w:spacing w:after="20"/>
              <w:jc w:val="right"/>
            </w:pPr>
            <w:r>
              <w:rPr>
                <w:rFonts w:ascii="Aptos" w:hAnsi="Aptos" w:eastAsia="Aptos"/>
                <w:b w:val="0"/>
                <w:i w:val="0"/>
                <w:color w:val="4B5563"/>
                <w:sz w:val="21"/>
              </w:rPr>
              <w:t>[Postnr. og by]</w:t>
            </w:r>
          </w:p>
          <w:p>
            <w:pPr>
              <w:spacing w:after="20"/>
              <w:jc w:val="right"/>
            </w:pPr>
            <w:r>
              <w:rPr>
                <w:rFonts w:ascii="Aptos" w:hAnsi="Aptos" w:eastAsia="Aptos"/>
                <w:b w:val="0"/>
                <w:i w:val="0"/>
                <w:color w:val="4B5563"/>
                <w:sz w:val="21"/>
              </w:rPr>
              <w:t>[Dato]</w:t>
            </w:r>
          </w:p>
        </w:tc>
      </w:tr>
    </w:tbl>
    <w:p>
      <w:pPr>
        <w:pBdr>
          <w:bottom w:val="single" w:sz="8" w:space="1" w:color="D6DDF0"/>
        </w:pBdr>
      </w:pPr>
    </w:p>
    <w:p>
      <w:pPr>
        <w:spacing w:before="160" w:after="160"/>
      </w:pPr>
      <w:r>
        <w:rPr>
          <w:rFonts w:ascii="Aptos" w:hAnsi="Aptos" w:eastAsia="Aptos"/>
          <w:b/>
          <w:i w:val="0"/>
          <w:color w:val="0F172A"/>
          <w:sz w:val="25"/>
        </w:rPr>
        <w:t>Ansøgning til stillingen som [Jobtitel]</w:t>
      </w:r>
    </w:p>
    <w:p>
      <w:pPr>
        <w:spacing w:after="160" w:line="276" w:lineRule="auto"/>
      </w:pPr>
      <w:r>
        <w:rPr>
          <w:rFonts w:ascii="Aptos" w:hAnsi="Aptos" w:eastAsia="Aptos"/>
          <w:b w:val="0"/>
          <w:i w:val="0"/>
          <w:color w:val="1F2937"/>
          <w:sz w:val="22"/>
        </w:rPr>
        <w:t>Kære [Navn / HR-afdeling],</w:t>
      </w:r>
    </w:p>
    <w:p>
      <w:pPr>
        <w:spacing w:after="160" w:line="276" w:lineRule="auto"/>
      </w:pPr>
      <w:r>
        <w:rPr>
          <w:rFonts w:ascii="Aptos" w:hAnsi="Aptos" w:eastAsia="Aptos"/>
          <w:b w:val="0"/>
          <w:i w:val="0"/>
          <w:color w:val="1F2937"/>
          <w:sz w:val="22"/>
        </w:rPr>
        <w:t>Jeg skriver for at søge stillingen som [Jobtitel] hos [Virksomhedens navn]. Stillingen har fanget min interesse, fordi den passer godt til mine kompetencer, min motivation og den måde, jeg bedst arbejder på i en professionel hverdag.</w:t>
      </w:r>
    </w:p>
    <w:p>
      <w:pPr>
        <w:spacing w:after="160" w:line="276" w:lineRule="auto"/>
      </w:pPr>
      <w:r>
        <w:rPr>
          <w:rFonts w:ascii="Aptos" w:hAnsi="Aptos" w:eastAsia="Aptos"/>
          <w:b w:val="0"/>
          <w:i w:val="0"/>
          <w:color w:val="1F2937"/>
          <w:sz w:val="22"/>
        </w:rPr>
        <w:t>Jeg er en ansvarsbevidst og engageret person, som arbejder struktureret og samarbejder godt med andre. Jeg trives med klare mål, tager ansvar for mine opgaver og lægger vægt på at levere et stabilt og professionelt stykke arbejde. Samtidig er jeg motiveret for at lære nyt og udvikle mig i jobbet.</w:t>
      </w:r>
    </w:p>
    <w:p>
      <w:pPr>
        <w:spacing w:after="160" w:line="276" w:lineRule="auto"/>
      </w:pPr>
      <w:r>
        <w:rPr>
          <w:rFonts w:ascii="Aptos" w:hAnsi="Aptos" w:eastAsia="Aptos"/>
          <w:b w:val="0"/>
          <w:i w:val="0"/>
          <w:color w:val="1F2937"/>
          <w:sz w:val="22"/>
        </w:rPr>
        <w:t>I mine tidligere erfaringer har jeg opbygget kompetencer inden for [relevant erfaring, fx kundeservice, lager, administration, butik, planlægning eller teamwork]. Jeg mener derfor, at jeg kan bidrage positivt til jeres virksomhed og hurtigt blive en værdifuld del af teamet.</w:t>
      </w:r>
    </w:p>
    <w:p>
      <w:pPr>
        <w:spacing w:after="160" w:line="276" w:lineRule="auto"/>
      </w:pPr>
      <w:r>
        <w:rPr>
          <w:rFonts w:ascii="Aptos" w:hAnsi="Aptos" w:eastAsia="Aptos"/>
          <w:b w:val="0"/>
          <w:i w:val="0"/>
          <w:color w:val="1F2937"/>
          <w:sz w:val="22"/>
        </w:rPr>
        <w:t>Det tiltaler mig især, at [skriv 1-2 linjer om virksomheden eller jobbet]. Jeg ser stillingen som en god mulighed for både at bidrage med mine styrker og fortsætte min faglige udvikling.</w:t>
      </w:r>
    </w:p>
    <w:p>
      <w:pPr>
        <w:spacing w:after="160" w:line="276" w:lineRule="auto"/>
      </w:pPr>
      <w:r>
        <w:rPr>
          <w:rFonts w:ascii="Aptos" w:hAnsi="Aptos" w:eastAsia="Aptos"/>
          <w:b w:val="0"/>
          <w:i w:val="0"/>
          <w:color w:val="1F2937"/>
          <w:sz w:val="22"/>
        </w:rPr>
        <w:t>Jeg håber, at I vil tage min ansøgning i betragtning. Jeg ser frem til muligheden for at uddybe min motivation og mine kvalifikationer ved en personlig samtale.</w:t>
      </w:r>
    </w:p>
    <w:p>
      <w:pPr>
        <w:spacing w:after="160" w:line="276" w:lineRule="auto"/>
      </w:pPr>
      <w:r>
        <w:rPr>
          <w:rFonts w:ascii="Aptos" w:hAnsi="Aptos" w:eastAsia="Aptos"/>
          <w:b w:val="0"/>
          <w:i w:val="0"/>
          <w:color w:val="1F2937"/>
          <w:sz w:val="22"/>
        </w:rPr>
        <w:t>Med venlig hilsen</w:t>
      </w:r>
    </w:p>
    <w:p>
      <w:pPr>
        <w:spacing w:after="0"/>
      </w:pPr>
      <w:r>
        <w:rPr>
          <w:rFonts w:ascii="Aptos" w:hAnsi="Aptos" w:eastAsia="Aptos"/>
          <w:b/>
          <w:i w:val="0"/>
          <w:color w:val="0F172A"/>
          <w:sz w:val="22"/>
        </w:rPr>
        <w:t>[Dit navn]</w:t>
      </w:r>
    </w:p>
    <w:tbl>
      <w:tblPr>
        <w:tblW w:type="auto" w:w="0"/>
        <w:jc w:val="center"/>
        <w:tblLayout w:type="fixed"/>
        <w:tblLook w:firstColumn="1" w:firstRow="1" w:lastColumn="0" w:lastRow="0" w:noHBand="0" w:noVBand="1" w:val="04A0"/>
      </w:tblPr>
      <w:tblGrid>
        <w:gridCol w:w="9184"/>
      </w:tblGrid>
      <w:tr>
        <w:tc>
          <w:tcPr>
            <w:tcW w:type="dxa" w:w="9184"/>
            <w:shd w:fill="F8FAFC"/>
            <w:tcBorders>
              <w:left w:val="single" w:sz="10" w:color="D6DDF0"/>
              <w:top w:val="single" w:sz="10" w:color="D6DDF0"/>
              <w:right w:val="single" w:sz="10" w:color="D6DDF0"/>
              <w:bottom w:val="single" w:sz="10" w:color="D6DDF0"/>
            </w:tcBorders>
          </w:tcPr>
          <w:p>
            <w:pPr>
              <w:spacing w:after="80"/>
            </w:pPr>
            <w:r>
              <w:rPr>
                <w:rFonts w:ascii="Aptos" w:hAnsi="Aptos" w:eastAsia="Aptos"/>
                <w:b/>
                <w:i w:val="0"/>
                <w:color w:val="0F172A"/>
                <w:sz w:val="21"/>
              </w:rPr>
              <w:t>Sådan bruger du skabelonen</w:t>
            </w:r>
          </w:p>
          <w:p>
            <w:pPr>
              <w:pStyle w:val="ListBullet"/>
              <w:spacing w:after="0"/>
            </w:pPr>
            <w:r>
              <w:rPr>
                <w:rFonts w:ascii="Aptos" w:hAnsi="Aptos" w:eastAsia="Aptos"/>
                <w:b w:val="0"/>
                <w:i w:val="0"/>
                <w:color w:val="334155"/>
                <w:sz w:val="19"/>
              </w:rPr>
              <w:t>Tilpas altid ansøgningen til det konkrete job.</w:t>
            </w:r>
          </w:p>
          <w:p>
            <w:pPr>
              <w:pStyle w:val="ListBullet"/>
              <w:spacing w:after="0"/>
            </w:pPr>
            <w:r>
              <w:rPr>
                <w:rFonts w:ascii="Aptos" w:hAnsi="Aptos" w:eastAsia="Aptos"/>
                <w:b w:val="0"/>
                <w:i w:val="0"/>
                <w:color w:val="334155"/>
                <w:sz w:val="19"/>
              </w:rPr>
              <w:t>Hold tonen professionel og teksten kort og præcis.</w:t>
            </w:r>
          </w:p>
          <w:p>
            <w:pPr>
              <w:pStyle w:val="ListBullet"/>
              <w:spacing w:after="0"/>
            </w:pPr>
            <w:r>
              <w:rPr>
                <w:rFonts w:ascii="Aptos" w:hAnsi="Aptos" w:eastAsia="Aptos"/>
                <w:b w:val="0"/>
                <w:i w:val="0"/>
                <w:color w:val="334155"/>
                <w:sz w:val="19"/>
              </w:rPr>
              <w:t>Udskift alle felter i [klammer] før du sender den.</w:t>
            </w:r>
          </w:p>
          <w:p>
            <w:pPr>
              <w:pStyle w:val="ListBullet"/>
              <w:spacing w:after="0"/>
            </w:pPr>
            <w:r>
              <w:rPr>
                <w:rFonts w:ascii="Aptos" w:hAnsi="Aptos" w:eastAsia="Aptos"/>
                <w:b w:val="0"/>
                <w:i w:val="0"/>
                <w:color w:val="334155"/>
                <w:sz w:val="19"/>
              </w:rPr>
              <w:t>Gem dokumentet som PDF, når ansøgningen er færdig.</w:t>
            </w:r>
          </w:p>
        </w:tc>
      </w:tr>
    </w:tbl>
    <w:sectPr w:rsidR="00FC693F" w:rsidRPr="0006063C" w:rsidSect="00034616">
      <w:footerReference w:type="default" r:id="rId9"/>
      <w:pgSz w:w="12240" w:h="15840"/>
      <w:pgMar w:top="1020"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i w:val="0"/>
        <w:color w:val="64748B"/>
        <w:sz w:val="17"/>
      </w:rPr>
      <w:t>Gratis skabelon fra detgodejob.dk</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Ansøgning skabelon Word gratis download (2026)</dc:title>
  <dc:subject>Professionel ansøgning skabelon til Danmark</dc:subject>
  <dc:creator>OpenAI</dc:creator>
  <cp:keywords/>
  <dc:description>Editable professional application template</dc:description>
  <cp:lastModifiedBy/>
  <cp:revision>1</cp:revision>
  <dcterms:created xsi:type="dcterms:W3CDTF">2013-12-23T23:15:00Z</dcterms:created>
  <dcterms:modified xsi:type="dcterms:W3CDTF">2013-12-23T23:15:00Z</dcterms:modified>
  <cp:category/>
</cp:coreProperties>
</file>