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Ansøgning skabelon – klar til brug</w:t>
      </w:r>
    </w:p>
    <w:p>
      <w:r>
        <w:t>Navn: __________________________</w:t>
      </w:r>
    </w:p>
    <w:p>
      <w:r>
        <w:t>Adresse: ________________________</w:t>
      </w:r>
    </w:p>
    <w:p>
      <w:r>
        <w:t>Telefon: ________________________</w:t>
      </w:r>
    </w:p>
    <w:p>
      <w:r>
        <w:t>Email: __________________________</w:t>
      </w:r>
    </w:p>
    <w:p/>
    <w:p>
      <w:r>
        <w:t>Dato: ___________________________</w:t>
      </w:r>
    </w:p>
    <w:p/>
    <w:p>
      <w:r>
        <w:t>Til: ____________________________</w:t>
      </w:r>
    </w:p>
    <w:p>
      <w:r>
        <w:t>Virksomhed: _____________________</w:t>
      </w:r>
    </w:p>
    <w:p/>
    <w:p>
      <w:r>
        <w:t>Emne: Ansøgning til stillingen som __________________</w:t>
      </w:r>
    </w:p>
    <w:p/>
    <w:p>
      <w:r>
        <w:t>Kære [Virksomhed],</w:t>
      </w:r>
    </w:p>
    <w:p/>
    <w:p>
      <w:r>
        <w:t>Jeg skriver for at søge stillingen som __________ hos jeres virksomhed. Jeg er en ansvarsfuld og motiveret person, der arbejder struktureret og trives i samarbejde med andre.</w:t>
      </w:r>
    </w:p>
    <w:p/>
    <w:p>
      <w:r>
        <w:t>Jeg har erfaring med __________________________, og jeg er vant til at tage ansvar og levere gode resultater. Jeg er fleksibel, stabil og klar til at lære nye opgaver hurtigt.</w:t>
      </w:r>
    </w:p>
    <w:p/>
    <w:p>
      <w:r>
        <w:t>Jeg håber at få mulighed for at uddybe min motivation og erfaring ved en personlig samtale.</w:t>
      </w:r>
    </w:p>
    <w:p/>
    <w:p>
      <w:r>
        <w:t>Med venlig hilsen</w:t>
      </w:r>
    </w:p>
    <w:p/>
    <w:p>
      <w:r>
        <w:t>____________________________</w:t>
      </w:r>
    </w:p>
    <w:p>
      <w:r>
        <w:t>Navn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