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865"/>
      </w:tblGrid>
      <w:tr>
        <w:tc>
          <w:tcPr>
            <w:tcW w:type="dxa" w:w="10200"/>
            <w:shd w:fill="EAF1FF"/>
            <w:tcMar>
              <w:top w:w="180" w:type="dxa"/>
              <w:start w:w="220" w:type="dxa"/>
              <w:bottom w:w="180" w:type="dxa"/>
              <w:end w:w="220" w:type="dxa"/>
            </w:tcMar>
          </w:tcPr>
          <w:p>
            <w:pPr>
              <w:spacing w:after="80"/>
              <w:jc w:val="left"/>
            </w:pPr>
            <w:r>
              <w:rPr>
                <w:rFonts w:ascii="Aptos" w:hAnsi="Aptos" w:eastAsia="Aptos"/>
                <w:b/>
                <w:i w:val="0"/>
                <w:color w:val="1E3A8A"/>
                <w:sz w:val="40"/>
              </w:rPr>
              <w:t>CV SKABELON WORD GRATIS (2026)</w:t>
            </w:r>
          </w:p>
          <w:p>
            <w:pPr>
              <w:spacing w:after="0"/>
              <w:jc w:val="left"/>
            </w:pPr>
            <w:r>
              <w:rPr>
                <w:rFonts w:ascii="Aptos" w:hAnsi="Aptos" w:eastAsia="Aptos"/>
                <w:b w:val="0"/>
                <w:i w:val="0"/>
                <w:color w:val="334155"/>
                <w:sz w:val="21"/>
              </w:rPr>
              <w:t>Professionel, enkel og klar til brug i Danmark</w:t>
            </w:r>
          </w:p>
        </w:tc>
      </w:tr>
    </w:tbl>
    <w:p>
      <w:pPr>
        <w:spacing w:after="160" w:before="0" w:line="27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865"/>
      </w:tblGrid>
      <w:tr>
        <w:tc>
          <w:tcPr>
            <w:tcW w:type="dxa" w:w="10200"/>
            <w:shd w:fill="F8FAFC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spacing w:after="60"/>
            </w:pPr>
            <w:r>
              <w:rPr>
                <w:rFonts w:ascii="Aptos" w:hAnsi="Aptos" w:eastAsia="Aptos"/>
                <w:b/>
                <w:i w:val="0"/>
                <w:color w:val="0F172A"/>
                <w:sz w:val="22"/>
              </w:rPr>
              <w:t>Sådan bruger du skabelonen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475569"/>
                <w:sz w:val="20"/>
              </w:rPr>
              <w:t>Udfyld felterne, tilpas profilteksten til stillingen og gem CV’et som PDF, før du sender det til en arbejdsgiver.</w:t>
            </w:r>
          </w:p>
        </w:tc>
      </w:tr>
    </w:tbl>
    <w:p>
      <w:pPr>
        <w:spacing w:after="160" w:before="0" w:line="276" w:lineRule="auto"/>
      </w:pPr>
    </w:p>
    <w:p>
      <w:pPr>
        <w:spacing w:after="40" w:before="120" w:line="276" w:lineRule="auto"/>
        <w:jc w:val="left"/>
      </w:pPr>
      <w:r>
        <w:rPr>
          <w:rFonts w:ascii="Aptos" w:hAnsi="Aptos" w:eastAsia="Aptos"/>
          <w:b/>
          <w:i w:val="0"/>
          <w:color w:val="1E3A8A"/>
          <w:sz w:val="23"/>
        </w:rPr>
        <w:t>Personlige oplysninger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4932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pPr>
              <w:spacing w:after="40"/>
            </w:pPr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Navn</w:t>
            </w:r>
          </w:p>
          <w:p>
            <w:r>
              <w:rPr>
                <w:rFonts w:ascii="Aptos" w:hAnsi="Aptos" w:eastAsia="Aptos"/>
                <w:b w:val="0"/>
                <w:i w:val="0"/>
                <w:color w:val="0F172A"/>
                <w:sz w:val="22"/>
              </w:rPr>
              <w:t>________________________________________</w:t>
            </w:r>
          </w:p>
        </w:tc>
        <w:tc>
          <w:tcPr>
            <w:tcW w:type="dxa" w:w="4932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pPr>
              <w:spacing w:after="40"/>
            </w:pPr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Telefon</w:t>
            </w:r>
          </w:p>
          <w:p>
            <w:r>
              <w:rPr>
                <w:rFonts w:ascii="Aptos" w:hAnsi="Aptos" w:eastAsia="Aptos"/>
                <w:b w:val="0"/>
                <w:i w:val="0"/>
                <w:color w:val="0F172A"/>
                <w:sz w:val="22"/>
              </w:rPr>
              <w:t>________________________________________</w:t>
            </w:r>
          </w:p>
        </w:tc>
      </w:tr>
      <w:tr>
        <w:tc>
          <w:tcPr>
            <w:tcW w:type="dxa" w:w="4932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pPr>
              <w:spacing w:after="40"/>
            </w:pPr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E-mail</w:t>
            </w:r>
          </w:p>
          <w:p>
            <w:r>
              <w:rPr>
                <w:rFonts w:ascii="Aptos" w:hAnsi="Aptos" w:eastAsia="Aptos"/>
                <w:b w:val="0"/>
                <w:i w:val="0"/>
                <w:color w:val="0F172A"/>
                <w:sz w:val="22"/>
              </w:rPr>
              <w:t>________________________________________</w:t>
            </w:r>
          </w:p>
        </w:tc>
        <w:tc>
          <w:tcPr>
            <w:tcW w:type="dxa" w:w="4932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pPr>
              <w:spacing w:after="40"/>
            </w:pPr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Adresse / by</w:t>
            </w:r>
          </w:p>
          <w:p>
            <w:r>
              <w:rPr>
                <w:rFonts w:ascii="Aptos" w:hAnsi="Aptos" w:eastAsia="Aptos"/>
                <w:b w:val="0"/>
                <w:i w:val="0"/>
                <w:color w:val="0F172A"/>
                <w:sz w:val="22"/>
              </w:rPr>
              <w:t>________________________________________</w:t>
            </w:r>
          </w:p>
        </w:tc>
      </w:tr>
    </w:tbl>
    <w:p>
      <w:pPr>
        <w:spacing w:after="80" w:before="0" w:line="276" w:lineRule="auto"/>
      </w:pPr>
    </w:p>
    <w:p>
      <w:pPr>
        <w:spacing w:after="40" w:before="120" w:line="276" w:lineRule="auto"/>
        <w:jc w:val="left"/>
      </w:pPr>
      <w:r>
        <w:rPr>
          <w:rFonts w:ascii="Aptos" w:hAnsi="Aptos" w:eastAsia="Aptos"/>
          <w:b/>
          <w:i w:val="0"/>
          <w:color w:val="1E3A8A"/>
          <w:sz w:val="23"/>
        </w:rPr>
        <w:t>Profil</w:t>
      </w:r>
    </w:p>
    <w:p>
      <w:pPr>
        <w:spacing w:after="0" w:before="0" w:line="276" w:lineRule="auto"/>
      </w:pPr>
      <w:r>
        <w:rPr>
          <w:rFonts w:ascii="Aptos" w:hAnsi="Aptos" w:eastAsia="Aptos"/>
          <w:b w:val="0"/>
          <w:i w:val="0"/>
          <w:color w:val="475569"/>
          <w:sz w:val="20"/>
        </w:rPr>
        <w:t>Skriv 3-5 linjer om, hvem du er, hvad du er god til, og hvilken type job du søger. Hold tonen enkel, professionel og målrettet.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865"/>
      </w:tblGrid>
      <w:tr>
        <w:tc>
          <w:tcPr>
            <w:tcW w:type="dxa" w:w="10200"/>
            <w:tcMar>
              <w:top w:w="170" w:type="dxa"/>
              <w:start w:w="180" w:type="dxa"/>
              <w:bottom w:w="170" w:type="dxa"/>
              <w:end w:w="180" w:type="dxa"/>
            </w:tcMar>
            <w:vAlign w:val="center"/>
          </w:tcPr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Eksempel: Jeg er en struktureret og ansvarsfuld person med interesse for kundeservice og administration. Jeg arbejder godt i teams, lærer hurtigt nye opgaver og ønsker at bidrage positivt til virksomheden fra første dag.</w:t>
            </w:r>
          </w:p>
        </w:tc>
      </w:tr>
    </w:tbl>
    <w:p>
      <w:pPr>
        <w:spacing w:after="40" w:before="120" w:line="276" w:lineRule="auto"/>
        <w:jc w:val="left"/>
      </w:pPr>
      <w:r>
        <w:rPr>
          <w:rFonts w:ascii="Aptos" w:hAnsi="Aptos" w:eastAsia="Aptos"/>
          <w:b/>
          <w:i w:val="0"/>
          <w:color w:val="1E3A8A"/>
          <w:sz w:val="23"/>
        </w:rPr>
        <w:t>Erhvervserfaring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2438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År / periode</w:t>
            </w:r>
            <w:r>
              <w:rPr>
                <w:sz w:val="22"/>
              </w:rPr>
              <w:br/>
              <w:t>________________</w:t>
            </w:r>
          </w:p>
        </w:tc>
        <w:tc>
          <w:tcPr>
            <w:tcW w:type="dxa" w:w="7427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Stilling og arbejdsplads</w:t>
            </w:r>
          </w:p>
          <w:p>
            <w:r>
              <w:rPr>
                <w:rFonts w:ascii="Aptos" w:hAnsi="Aptos" w:eastAsia="Aptos"/>
                <w:b w:val="0"/>
                <w:i w:val="0"/>
                <w:sz w:val="22"/>
              </w:rPr>
              <w:t>______________________________________________</w:t>
            </w:r>
          </w:p>
          <w:p>
            <w:r>
              <w:rPr>
                <w:rFonts w:ascii="Aptos" w:hAnsi="Aptos" w:eastAsia="Aptos"/>
                <w:b w:val="0"/>
                <w:i w:val="0"/>
                <w:color w:val="475569"/>
                <w:sz w:val="20"/>
              </w:rPr>
              <w:t>Kort beskrivelse af opgaver, ansvar og resultater.</w:t>
            </w:r>
          </w:p>
        </w:tc>
      </w:tr>
      <w:tr>
        <w:tc>
          <w:tcPr>
            <w:tcW w:type="dxa" w:w="2438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År / periode</w:t>
            </w:r>
            <w:r>
              <w:rPr>
                <w:sz w:val="22"/>
              </w:rPr>
              <w:br/>
              <w:t>________________</w:t>
            </w:r>
          </w:p>
        </w:tc>
        <w:tc>
          <w:tcPr>
            <w:tcW w:type="dxa" w:w="7427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Stilling og arbejdsplads</w:t>
            </w:r>
          </w:p>
          <w:p>
            <w:r>
              <w:rPr>
                <w:rFonts w:ascii="Aptos" w:hAnsi="Aptos" w:eastAsia="Aptos"/>
                <w:b w:val="0"/>
                <w:i w:val="0"/>
                <w:sz w:val="22"/>
              </w:rPr>
              <w:t>______________________________________________</w:t>
            </w:r>
          </w:p>
          <w:p>
            <w:r>
              <w:rPr>
                <w:rFonts w:ascii="Aptos" w:hAnsi="Aptos" w:eastAsia="Aptos"/>
                <w:b w:val="0"/>
                <w:i w:val="0"/>
                <w:color w:val="475569"/>
                <w:sz w:val="20"/>
              </w:rPr>
              <w:t>Kort beskrivelse af opgaver, ansvar og resultater.</w:t>
            </w:r>
          </w:p>
        </w:tc>
      </w:tr>
      <w:tr>
        <w:tc>
          <w:tcPr>
            <w:tcW w:type="dxa" w:w="2438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År / periode</w:t>
            </w:r>
            <w:r>
              <w:rPr>
                <w:sz w:val="22"/>
              </w:rPr>
              <w:br/>
              <w:t>________________</w:t>
            </w:r>
          </w:p>
        </w:tc>
        <w:tc>
          <w:tcPr>
            <w:tcW w:type="dxa" w:w="7427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Stilling og arbejdsplads</w:t>
            </w:r>
          </w:p>
          <w:p>
            <w:r>
              <w:rPr>
                <w:rFonts w:ascii="Aptos" w:hAnsi="Aptos" w:eastAsia="Aptos"/>
                <w:b w:val="0"/>
                <w:i w:val="0"/>
                <w:sz w:val="22"/>
              </w:rPr>
              <w:t>______________________________________________</w:t>
            </w:r>
          </w:p>
          <w:p>
            <w:r>
              <w:rPr>
                <w:rFonts w:ascii="Aptos" w:hAnsi="Aptos" w:eastAsia="Aptos"/>
                <w:b w:val="0"/>
                <w:i w:val="0"/>
                <w:color w:val="475569"/>
                <w:sz w:val="20"/>
              </w:rPr>
              <w:t>Kort beskrivelse af opgaver, ansvar og resultater.</w:t>
            </w:r>
          </w:p>
        </w:tc>
      </w:tr>
    </w:tbl>
    <w:p>
      <w:pPr>
        <w:spacing w:after="40" w:before="120" w:line="276" w:lineRule="auto"/>
        <w:jc w:val="left"/>
      </w:pPr>
      <w:r>
        <w:rPr>
          <w:rFonts w:ascii="Aptos" w:hAnsi="Aptos" w:eastAsia="Aptos"/>
          <w:b/>
          <w:i w:val="0"/>
          <w:color w:val="1E3A8A"/>
          <w:sz w:val="23"/>
        </w:rPr>
        <w:t>Uddannelse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2438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År</w:t>
            </w:r>
            <w:r>
              <w:br/>
              <w:t>______________</w:t>
            </w:r>
          </w:p>
        </w:tc>
        <w:tc>
          <w:tcPr>
            <w:tcW w:type="dxa" w:w="7427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Skole / uddannelse</w:t>
            </w:r>
            <w:r>
              <w:br/>
              <w:t>______________________________________________</w:t>
            </w:r>
          </w:p>
          <w:p>
            <w:r>
              <w:rPr>
                <w:rFonts w:ascii="Aptos" w:hAnsi="Aptos" w:eastAsia="Aptos"/>
                <w:b w:val="0"/>
                <w:i w:val="0"/>
                <w:color w:val="475569"/>
                <w:sz w:val="20"/>
              </w:rPr>
              <w:t>Evt. linje, fag eller relevant fokusområde.</w:t>
            </w:r>
          </w:p>
        </w:tc>
      </w:tr>
      <w:tr>
        <w:tc>
          <w:tcPr>
            <w:tcW w:type="dxa" w:w="2438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År</w:t>
            </w:r>
            <w:r>
              <w:br/>
              <w:t>______________</w:t>
            </w:r>
          </w:p>
        </w:tc>
        <w:tc>
          <w:tcPr>
            <w:tcW w:type="dxa" w:w="7427"/>
            <w:tcMar>
              <w:top w:w="120" w:type="dxa"/>
              <w:start w:w="140" w:type="dxa"/>
              <w:bottom w:w="120" w:type="dxa"/>
              <w:end w:w="14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Skole / uddannelse</w:t>
            </w:r>
            <w:r>
              <w:br/>
              <w:t>______________________________________________</w:t>
            </w:r>
          </w:p>
          <w:p>
            <w:r>
              <w:rPr>
                <w:rFonts w:ascii="Aptos" w:hAnsi="Aptos" w:eastAsia="Aptos"/>
                <w:b w:val="0"/>
                <w:i w:val="0"/>
                <w:color w:val="475569"/>
                <w:sz w:val="20"/>
              </w:rPr>
              <w:t>Evt. linje, fag eller relevant fokusområde.</w:t>
            </w:r>
          </w:p>
        </w:tc>
      </w:tr>
    </w:tbl>
    <w:p>
      <w:pPr>
        <w:spacing w:after="40" w:before="120" w:line="276" w:lineRule="auto"/>
        <w:jc w:val="left"/>
      </w:pPr>
      <w:r>
        <w:rPr>
          <w:rFonts w:ascii="Aptos" w:hAnsi="Aptos" w:eastAsia="Aptos"/>
          <w:b/>
          <w:i w:val="0"/>
          <w:color w:val="1E3A8A"/>
          <w:sz w:val="23"/>
        </w:rPr>
        <w:t>Kompetencer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4932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Faglige kompetencer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</w:tc>
        <w:tc>
          <w:tcPr>
            <w:tcW w:type="dxa" w:w="4932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Personlige styrker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</w:tc>
      </w:tr>
      <w:tr>
        <w:tc>
          <w:tcPr>
            <w:tcW w:type="dxa" w:w="4932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IT og programmer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</w:tc>
        <w:tc>
          <w:tcPr>
            <w:tcW w:type="dxa" w:w="4932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r>
              <w:rPr>
                <w:rFonts w:ascii="Aptos" w:hAnsi="Aptos" w:eastAsia="Aptos"/>
                <w:b/>
                <w:i w:val="0"/>
                <w:color w:val="334155"/>
                <w:sz w:val="19"/>
              </w:rPr>
              <w:t>Sprog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  <w:p>
            <w:pPr>
              <w:spacing w:after="0"/>
            </w:pPr>
            <w:r>
              <w:rPr>
                <w:rFonts w:ascii="Aptos" w:hAnsi="Aptos" w:eastAsia="Aptos"/>
                <w:b w:val="0"/>
                <w:i w:val="0"/>
                <w:color w:val="0F172A"/>
                <w:sz w:val="21"/>
              </w:rPr>
              <w:t>• ______________________________</w:t>
            </w:r>
          </w:p>
        </w:tc>
      </w:tr>
    </w:tbl>
    <w:p>
      <w:pPr>
        <w:spacing w:after="40" w:before="120" w:line="276" w:lineRule="auto"/>
        <w:jc w:val="left"/>
      </w:pPr>
      <w:r>
        <w:rPr>
          <w:rFonts w:ascii="Aptos" w:hAnsi="Aptos" w:eastAsia="Aptos"/>
          <w:b/>
          <w:i w:val="0"/>
          <w:color w:val="1E3A8A"/>
          <w:sz w:val="23"/>
        </w:rPr>
        <w:t>Referencer</w:t>
      </w:r>
    </w:p>
    <w:p>
      <w:pPr>
        <w:spacing w:after="0" w:before="0" w:line="276" w:lineRule="auto"/>
      </w:pPr>
      <w:r>
        <w:rPr>
          <w:rFonts w:ascii="Aptos" w:hAnsi="Aptos" w:eastAsia="Aptos"/>
          <w:b w:val="0"/>
          <w:i/>
          <w:color w:val="0F172A"/>
          <w:sz w:val="21"/>
        </w:rPr>
        <w:t>Oplyses efter aftale</w:t>
      </w:r>
    </w:p>
    <w:p>
      <w:pPr>
        <w:spacing w:after="80" w:before="0" w:line="276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865"/>
      </w:tblGrid>
      <w:tr>
        <w:tc>
          <w:tcPr>
            <w:tcW w:type="dxa" w:w="10200"/>
            <w:shd w:fill="EFF6FF"/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pPr>
              <w:jc w:val="left"/>
            </w:pPr>
            <w:r>
              <w:rPr>
                <w:rFonts w:ascii="Aptos" w:hAnsi="Aptos" w:eastAsia="Aptos"/>
                <w:b/>
                <w:i w:val="0"/>
                <w:color w:val="1E3A8A"/>
                <w:sz w:val="20"/>
              </w:rPr>
              <w:t>Tip:</w:t>
            </w:r>
            <w:r>
              <w:rPr>
                <w:rFonts w:ascii="Aptos" w:hAnsi="Aptos" w:eastAsia="Aptos"/>
                <w:b w:val="0"/>
                <w:i w:val="0"/>
                <w:color w:val="334155"/>
                <w:sz w:val="20"/>
              </w:rPr>
              <w:t xml:space="preserve"> Tilpas altid CV’et til stillingen, brug aktive formuleringer, og gem dokumentet som PDF før afsendelse.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64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 w:eastAsia="Aptos"/>
        <w:b/>
        <w:i w:val="0"/>
        <w:color w:val="64748B"/>
        <w:sz w:val="18"/>
      </w:rPr>
      <w:t>detgodejob.dk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