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CV uden erfaring – Skabelon til første job</w:t>
      </w:r>
    </w:p>
    <w:p>
      <w:pPr>
        <w:pStyle w:val="Heading2"/>
      </w:pPr>
      <w:r>
        <w:t>PERSONLIGE OPLYSNINGER</w:t>
      </w:r>
    </w:p>
    <w:p>
      <w:r>
        <w:t>Navn: ______________________________</w:t>
      </w:r>
    </w:p>
    <w:p>
      <w:r>
        <w:t>Telefon: ____________________________</w:t>
      </w:r>
    </w:p>
    <w:p>
      <w:r>
        <w:t>Email: ______________________________</w:t>
      </w:r>
    </w:p>
    <w:p>
      <w:r>
        <w:t>Adresse: ____________________________</w:t>
      </w:r>
    </w:p>
    <w:p>
      <w:r>
        <w:t>Fødselsdato: ________________________</w:t>
      </w:r>
    </w:p>
    <w:p>
      <w:pPr>
        <w:pStyle w:val="Heading2"/>
      </w:pPr>
      <w:r>
        <w:t>PROFIL</w:t>
      </w:r>
    </w:p>
    <w:p>
      <w:r>
        <w:t>Kort beskrivelse af dig selv, dine mål og din motivation for at arbejde.</w:t>
      </w:r>
    </w:p>
    <w:p>
      <w:pPr>
        <w:pStyle w:val="Heading2"/>
      </w:pPr>
      <w:r>
        <w:t>UDDANNELSE</w:t>
      </w:r>
    </w:p>
    <w:p>
      <w:r>
        <w:t>År: ________________________________</w:t>
      </w:r>
    </w:p>
    <w:p>
      <w:r>
        <w:t>Skole / Uddannelse: _________________</w:t>
      </w:r>
    </w:p>
    <w:p>
      <w:pPr>
        <w:pStyle w:val="Heading2"/>
      </w:pPr>
      <w:r>
        <w:t>KOMPETENCER</w:t>
      </w:r>
    </w:p>
    <w:p>
      <w:r>
        <w:t>- Samarbejdsevner</w:t>
      </w:r>
    </w:p>
    <w:p>
      <w:r>
        <w:t>- Ansvarsfuld og stabil</w:t>
      </w:r>
    </w:p>
    <w:p>
      <w:r>
        <w:t>- Hurtig til at lære nye opgaver</w:t>
      </w:r>
    </w:p>
    <w:p>
      <w:r>
        <w:t>- Grundlæggende IT-kundskaber</w:t>
      </w:r>
    </w:p>
    <w:p>
      <w:pPr>
        <w:pStyle w:val="Heading2"/>
      </w:pPr>
      <w:r>
        <w:t>ERFARING / PROJEKTER</w:t>
      </w:r>
    </w:p>
    <w:p>
      <w:r>
        <w:t>Beskriv skoleprojekter, frivilligt arbejde eller andre aktiviteter.</w:t>
      </w:r>
    </w:p>
    <w:p>
      <w:pPr>
        <w:pStyle w:val="Heading2"/>
      </w:pPr>
      <w:r>
        <w:t>INTERESSER</w:t>
      </w:r>
    </w:p>
    <w:p>
      <w:r>
        <w:t>- Sport</w:t>
      </w:r>
    </w:p>
    <w:p>
      <w:r>
        <w:t>- Teamarbejde</w:t>
      </w:r>
    </w:p>
    <w:p>
      <w:r>
        <w:t>- Kundeservice</w:t>
      </w:r>
    </w:p>
    <w:p>
      <w:r>
        <w:br/>
      </w:r>
    </w:p>
    <w:p>
      <w:r>
        <w:t>detgodejob.dk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