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440"/>
        <w:gridCol w:w="5440"/>
      </w:tblGrid>
      <w:tr>
        <w:trPr>
          <w:trHeight w:val="13890"/>
        </w:trPr>
        <w:tc>
          <w:tcPr>
            <w:tcW w:type="dxa" w:w="3061"/>
            <w:vAlign w:val="top"/>
            <w:tcBorders>
              <w:left w:val="nil"/>
              <w:top w:val="nil"/>
              <w:right w:val="nil"/>
              <w:bottom w:val="nil"/>
            </w:tcBorders>
            <w:shd w:fill="123B66"/>
            <w:tcMar>
              <w:top w:w="120" w:type="dxa"/>
              <w:bottom w:w="120" w:type="dxa"/>
              <w:left w:w="130" w:type="dxa"/>
              <w:right w:w="130" w:type="dxa"/>
            </w:tcMar>
          </w:tcPr>
          <w:p/>
          <w:p>
            <w:pPr>
              <w:spacing w:after="160"/>
              <w:jc w:val="center"/>
            </w:pPr>
            <w:r>
              <w:rPr>
                <w:rFonts w:ascii="Aptos Display" w:hAnsi="Aptos Display"/>
                <w:b/>
                <w:color w:val="FFFFFF"/>
                <w:sz w:val="52"/>
              </w:rPr>
              <w:t>CV</w:t>
            </w:r>
          </w:p>
          <w:p>
            <w:pPr>
              <w:spacing w:after="240"/>
              <w:jc w:val="center"/>
            </w:pPr>
            <w:r>
              <w:rPr>
                <w:rFonts w:ascii="Aptos" w:hAnsi="Aptos"/>
                <w:color w:val="D8E4F1"/>
                <w:sz w:val="22"/>
              </w:rPr>
              <w:t>Skabelon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061"/>
            </w:tblGrid>
            <w:tr>
              <w:tc>
                <w:tcPr>
                  <w:tcW w:type="dxa" w:w="1701"/>
                  <w:shd w:fill="D7E3F0"/>
                  <w:tcBorders>
                    <w:left w:val="single" w:sz="6" w:color="D7E3F0"/>
                    <w:top w:val="single" w:sz="6" w:color="D7E3F0"/>
                    <w:right w:val="single" w:sz="6" w:color="D7E3F0"/>
                    <w:bottom w:val="single" w:sz="6" w:color="D7E3F0"/>
                  </w:tcBorders>
                </w:tcPr>
                <w:p>
                  <w:pPr>
                    <w:spacing w:before="240" w:after="240"/>
                    <w:jc w:val="center"/>
                  </w:pPr>
                  <w:r>
                    <w:rPr>
                      <w:rFonts w:ascii="Aptos" w:hAnsi="Aptos"/>
                      <w:b/>
                      <w:color w:val="123B66"/>
                      <w:sz w:val="20"/>
                    </w:rPr>
                    <w:t>FOTO</w:t>
                    <w:br/>
                    <w:t>3 x 4 cm</w:t>
                  </w:r>
                </w:p>
              </w:tc>
            </w:tr>
          </w:tbl>
          <w:p/>
          <w:p/>
          <w:p>
            <w:pPr>
              <w:spacing w:before="160" w:after="80"/>
            </w:pPr>
            <w:r>
              <w:rPr>
                <w:rFonts w:ascii="Aptos" w:hAnsi="Aptos"/>
                <w:b/>
                <w:color w:val="FFFFFF"/>
                <w:sz w:val="20"/>
              </w:rPr>
              <w:t>KONTAKT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Dit navn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Telefon: +45 12 34 56 78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Email: navn@email.dk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By: København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LinkedIn: linkedin.com/in/ditnavn</w:t>
            </w:r>
          </w:p>
          <w:p>
            <w:pPr>
              <w:spacing w:before="160" w:after="80"/>
            </w:pPr>
            <w:r>
              <w:rPr>
                <w:rFonts w:ascii="Aptos" w:hAnsi="Aptos"/>
                <w:b/>
                <w:color w:val="FFFFFF"/>
                <w:sz w:val="20"/>
              </w:rPr>
              <w:t>KOMPETENCER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• Kundeservice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• Kommunikation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• Microsoft Office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• Planlægning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• Teamwork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• Dansk og engelsk</w:t>
            </w:r>
          </w:p>
          <w:p>
            <w:pPr>
              <w:spacing w:before="160" w:after="80"/>
            </w:pPr>
            <w:r>
              <w:rPr>
                <w:rFonts w:ascii="Aptos" w:hAnsi="Aptos"/>
                <w:b/>
                <w:color w:val="FFFFFF"/>
                <w:sz w:val="20"/>
              </w:rPr>
              <w:t>SPROG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Dansk - Flydende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Engelsk - Godt niveau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8"/>
              </w:rPr>
              <w:t>Tysk - Grundlæggende</w:t>
            </w:r>
          </w:p>
          <w:p>
            <w:pPr>
              <w:spacing w:before="160" w:after="80"/>
            </w:pPr>
            <w:r>
              <w:rPr>
                <w:rFonts w:ascii="Aptos" w:hAnsi="Aptos"/>
                <w:b/>
                <w:color w:val="FFFFFF"/>
                <w:sz w:val="20"/>
              </w:rPr>
              <w:t>TIP</w:t>
            </w:r>
          </w:p>
          <w:p>
            <w:pPr>
              <w:spacing w:after="40" w:line="252" w:lineRule="auto"/>
            </w:pPr>
            <w:r>
              <w:rPr>
                <w:rFonts w:ascii="Aptos" w:hAnsi="Aptos"/>
                <w:color w:val="F0F4F9"/>
                <w:sz w:val="17"/>
              </w:rPr>
              <w:t>Tilpas altid denne skabelon til det konkrete job. Hold layoutet enkelt, tydeligt og relevant.</w:t>
            </w:r>
          </w:p>
        </w:tc>
        <w:tc>
          <w:tcPr>
            <w:tcW w:type="dxa" w:w="6746"/>
            <w:vAlign w:val="top"/>
            <w:tcBorders>
              <w:left w:val="nil"/>
              <w:top w:val="nil"/>
              <w:right w:val="nil"/>
              <w:bottom w:val="nil"/>
            </w:tcBorders>
            <w:shd w:fill="FFFFFF"/>
            <w:tcMar>
              <w:top w:w="120" w:type="dxa"/>
              <w:bottom w:w="120" w:type="dxa"/>
              <w:left w:w="130" w:type="dxa"/>
              <w:right w:w="130" w:type="dxa"/>
            </w:tcMar>
          </w:tcPr>
          <w:p/>
          <w:p>
            <w:pPr>
              <w:spacing w:after="0"/>
            </w:pPr>
            <w:r>
              <w:rPr>
                <w:rFonts w:ascii="Aptos Display" w:hAnsi="Aptos Display"/>
                <w:b/>
                <w:color w:val="123B66"/>
                <w:sz w:val="48"/>
              </w:rPr>
              <w:t>DIT NAVN</w:t>
            </w:r>
          </w:p>
          <w:p>
            <w:pPr>
              <w:spacing w:before="0" w:after="160"/>
            </w:pPr>
            <w:r>
              <w:rPr>
                <w:rFonts w:ascii="Aptos" w:hAnsi="Aptos"/>
                <w:color w:val="556B85"/>
                <w:sz w:val="22"/>
              </w:rPr>
              <w:t>Jobtitel eller faglig profil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6746"/>
            </w:tblGrid>
            <w:tr>
              <w:tc>
                <w:tcPr>
                  <w:tcW w:type="dxa" w:w="6293"/>
                  <w:shd w:fill="F4F8FC"/>
                  <w:tcBorders>
                    <w:left w:val="single" w:sz="8" w:color="DCE7F3"/>
                    <w:top w:val="single" w:sz="8" w:color="DCE7F3"/>
                    <w:right w:val="single" w:sz="8" w:color="DCE7F3"/>
                    <w:bottom w:val="single" w:sz="8" w:color="DCE7F3"/>
                  </w:tcBorders>
                </w:tcPr>
                <w:p>
                  <w:pPr>
                    <w:spacing w:before="60" w:after="60"/>
                  </w:pPr>
                  <w:r>
                    <w:rPr>
                      <w:rFonts w:ascii="Aptos" w:hAnsi="Aptos"/>
                      <w:b/>
                      <w:color w:val="123B66"/>
                      <w:sz w:val="21"/>
                    </w:rPr>
                    <w:t>Profil</w:t>
                  </w:r>
                </w:p>
                <w:p>
                  <w:pPr>
                    <w:spacing w:before="40" w:after="40"/>
                  </w:pPr>
                  <w:r>
                    <w:rPr>
                      <w:rFonts w:ascii="Aptos" w:hAnsi="Aptos"/>
                      <w:color w:val="2B2B2B"/>
                      <w:sz w:val="19"/>
                    </w:rPr>
                    <w:t>Skriv 3-5 linjer om din baggrund, vigtigste erfaring og hvad du kan bidrage med. Brug konkrete ord, der matcher jobopslaget.</w:t>
                  </w:r>
                </w:p>
              </w:tc>
            </w:tr>
          </w:tbl>
          <w:p/>
          <w:p>
            <w:pPr>
              <w:spacing w:before="200" w:after="60"/>
              <w:pBdr>
                <w:bottom w:val="single" w:sz="6" w:space="1" w:color="D6E2F2"/>
              </w:pBdr>
            </w:pPr>
            <w:r>
              <w:rPr>
                <w:rFonts w:ascii="Aptos" w:hAnsi="Aptos"/>
                <w:b/>
                <w:color w:val="123B66"/>
                <w:sz w:val="24"/>
              </w:rPr>
              <w:t>Erhvervserfaring</w:t>
            </w:r>
          </w:p>
          <w:p>
            <w:pPr>
              <w:spacing w:before="120" w:after="0"/>
            </w:pPr>
            <w:r>
              <w:rPr>
                <w:rFonts w:ascii="Aptos" w:hAnsi="Aptos"/>
                <w:b/>
                <w:color w:val="556B85"/>
                <w:sz w:val="19"/>
              </w:rPr>
              <w:t>2022 - 2024</w:t>
            </w:r>
          </w:p>
          <w:p>
            <w:pPr>
              <w:spacing w:before="0" w:after="40"/>
            </w:pPr>
            <w:r>
              <w:rPr>
                <w:rFonts w:ascii="Aptos" w:hAnsi="Aptos"/>
                <w:b/>
                <w:color w:val="1F1F1F"/>
                <w:sz w:val="22"/>
              </w:rPr>
              <w:t>Stillingstitel - Virksomhedsnavn</w:t>
            </w:r>
          </w:p>
          <w:p>
            <w:pPr>
              <w:pStyle w:val="ListBullet"/>
              <w:spacing w:after="20" w:line="252" w:lineRule="auto"/>
            </w:pPr>
            <w:r>
              <w:rPr>
                <w:rFonts w:ascii="Aptos" w:hAnsi="Aptos"/>
                <w:color w:val="2A2A2A"/>
                <w:sz w:val="19"/>
              </w:rPr>
              <w:t>Kort beskrivelse af ansvarsområder og resultater.</w:t>
            </w:r>
          </w:p>
          <w:p>
            <w:pPr>
              <w:pStyle w:val="ListBullet"/>
              <w:spacing w:after="20" w:line="252" w:lineRule="auto"/>
            </w:pPr>
            <w:r>
              <w:rPr>
                <w:rFonts w:ascii="Aptos" w:hAnsi="Aptos"/>
                <w:color w:val="2A2A2A"/>
                <w:sz w:val="19"/>
              </w:rPr>
              <w:t>Brug 2-3 punkter med konkrete opgaver.</w:t>
            </w:r>
          </w:p>
          <w:p>
            <w:pPr>
              <w:pStyle w:val="ListBullet"/>
              <w:spacing w:after="20" w:line="252" w:lineRule="auto"/>
            </w:pPr>
            <w:r>
              <w:rPr>
                <w:rFonts w:ascii="Aptos" w:hAnsi="Aptos"/>
                <w:color w:val="2A2A2A"/>
                <w:sz w:val="19"/>
              </w:rPr>
              <w:t>Fremhæv erfaring, der er relevant for jobbet.</w:t>
            </w:r>
          </w:p>
          <w:p>
            <w:pPr>
              <w:spacing w:before="120" w:after="0"/>
            </w:pPr>
            <w:r>
              <w:rPr>
                <w:rFonts w:ascii="Aptos" w:hAnsi="Aptos"/>
                <w:b/>
                <w:color w:val="556B85"/>
                <w:sz w:val="19"/>
              </w:rPr>
              <w:t>2020 - 2022</w:t>
            </w:r>
          </w:p>
          <w:p>
            <w:pPr>
              <w:spacing w:before="0" w:after="40"/>
            </w:pPr>
            <w:r>
              <w:rPr>
                <w:rFonts w:ascii="Aptos" w:hAnsi="Aptos"/>
                <w:b/>
                <w:color w:val="1F1F1F"/>
                <w:sz w:val="22"/>
              </w:rPr>
              <w:t>Stillingstitel - Virksomhedsnavn</w:t>
            </w:r>
          </w:p>
          <w:p>
            <w:pPr>
              <w:pStyle w:val="ListBullet"/>
              <w:spacing w:after="20" w:line="252" w:lineRule="auto"/>
            </w:pPr>
            <w:r>
              <w:rPr>
                <w:rFonts w:ascii="Aptos" w:hAnsi="Aptos"/>
                <w:color w:val="2A2A2A"/>
                <w:sz w:val="19"/>
              </w:rPr>
              <w:t>Beskriv de vigtigste opgaver.</w:t>
            </w:r>
          </w:p>
          <w:p>
            <w:pPr>
              <w:pStyle w:val="ListBullet"/>
              <w:spacing w:after="20" w:line="252" w:lineRule="auto"/>
            </w:pPr>
            <w:r>
              <w:rPr>
                <w:rFonts w:ascii="Aptos" w:hAnsi="Aptos"/>
                <w:color w:val="2A2A2A"/>
                <w:sz w:val="19"/>
              </w:rPr>
              <w:t>Nævn ansvar, samarbejde eller kundekontakt.</w:t>
            </w:r>
          </w:p>
          <w:p>
            <w:pPr>
              <w:pStyle w:val="ListBullet"/>
              <w:spacing w:after="20" w:line="252" w:lineRule="auto"/>
            </w:pPr>
            <w:r>
              <w:rPr>
                <w:rFonts w:ascii="Aptos" w:hAnsi="Aptos"/>
                <w:color w:val="2A2A2A"/>
                <w:sz w:val="19"/>
              </w:rPr>
              <w:t>Hold teksten kort og let at skimme.</w:t>
            </w:r>
          </w:p>
          <w:p>
            <w:pPr>
              <w:spacing w:before="200" w:after="60"/>
              <w:pBdr>
                <w:bottom w:val="single" w:sz="6" w:space="1" w:color="D6E2F2"/>
              </w:pBdr>
            </w:pPr>
            <w:r>
              <w:rPr>
                <w:rFonts w:ascii="Aptos" w:hAnsi="Aptos"/>
                <w:b/>
                <w:color w:val="123B66"/>
                <w:sz w:val="24"/>
              </w:rPr>
              <w:t>Uddannelse</w:t>
            </w:r>
          </w:p>
          <w:p>
            <w:pPr>
              <w:spacing w:before="100" w:after="0"/>
            </w:pPr>
            <w:r>
              <w:rPr>
                <w:b/>
                <w:color w:val="556B85"/>
                <w:sz w:val="19"/>
              </w:rPr>
              <w:t>2018 - 2020</w:t>
            </w:r>
          </w:p>
          <w:p>
            <w:pPr>
              <w:spacing w:before="0" w:after="40"/>
            </w:pPr>
            <w:r>
              <w:rPr>
                <w:b/>
                <w:color w:val="1F1F1F"/>
                <w:sz w:val="21"/>
              </w:rPr>
              <w:t>Uddannelse eller kursus - Skole / institution</w:t>
            </w:r>
          </w:p>
          <w:p>
            <w:pPr>
              <w:spacing w:before="100" w:after="0"/>
            </w:pPr>
            <w:r>
              <w:rPr>
                <w:b/>
                <w:color w:val="556B85"/>
                <w:sz w:val="19"/>
              </w:rPr>
              <w:t>2016 - 2018</w:t>
            </w:r>
          </w:p>
          <w:p>
            <w:pPr>
              <w:spacing w:before="0" w:after="40"/>
            </w:pPr>
            <w:r>
              <w:rPr>
                <w:b/>
                <w:color w:val="1F1F1F"/>
                <w:sz w:val="21"/>
              </w:rPr>
              <w:t>Tidligere uddannelse - Skole / institution</w:t>
            </w:r>
          </w:p>
          <w:p>
            <w:pPr>
              <w:spacing w:before="200" w:after="60"/>
              <w:pBdr>
                <w:bottom w:val="single" w:sz="6" w:space="1" w:color="D6E2F2"/>
              </w:pBdr>
            </w:pPr>
            <w:r>
              <w:rPr>
                <w:rFonts w:ascii="Aptos" w:hAnsi="Aptos"/>
                <w:b/>
                <w:color w:val="123B66"/>
                <w:sz w:val="24"/>
              </w:rPr>
              <w:t>Certifikater og kurser</w:t>
            </w:r>
          </w:p>
          <w:p>
            <w:pPr>
              <w:pStyle w:val="ListBullet"/>
              <w:spacing w:after="20" w:line="252" w:lineRule="auto"/>
            </w:pPr>
            <w:r>
              <w:rPr>
                <w:rFonts w:ascii="Aptos" w:hAnsi="Aptos"/>
                <w:color w:val="2A2A2A"/>
                <w:sz w:val="19"/>
              </w:rPr>
              <w:t>Eksempel: Truckcertifikat, førstehjælp, IT-kursus eller andet relevant.</w:t>
            </w:r>
          </w:p>
          <w:p>
            <w:pPr>
              <w:pStyle w:val="ListBullet"/>
              <w:spacing w:after="20" w:line="252" w:lineRule="auto"/>
            </w:pPr>
            <w:r>
              <w:rPr>
                <w:rFonts w:ascii="Aptos" w:hAnsi="Aptos"/>
                <w:color w:val="2A2A2A"/>
                <w:sz w:val="19"/>
              </w:rPr>
              <w:t>Indsæt kun kurser, der støtter din profil.</w:t>
            </w:r>
          </w:p>
          <w:p>
            <w:pPr>
              <w:spacing w:before="200" w:after="60"/>
              <w:pBdr>
                <w:bottom w:val="single" w:sz="6" w:space="1" w:color="D6E2F2"/>
              </w:pBdr>
            </w:pPr>
            <w:r>
              <w:rPr>
                <w:rFonts w:ascii="Aptos" w:hAnsi="Aptos"/>
                <w:b/>
                <w:color w:val="123B66"/>
                <w:sz w:val="24"/>
              </w:rPr>
              <w:t>Referencer</w:t>
            </w:r>
          </w:p>
          <w:p>
            <w:pPr>
              <w:spacing w:before="80" w:after="40"/>
            </w:pPr>
            <w:r>
              <w:rPr>
                <w:rFonts w:ascii="Aptos" w:hAnsi="Aptos"/>
                <w:color w:val="2A2A2A"/>
                <w:sz w:val="20"/>
              </w:rPr>
              <w:t>Referencer kan oplyses på forespørgsel.</w:t>
            </w:r>
          </w:p>
        </w:tc>
      </w:tr>
    </w:tbl>
    <w:p>
      <w:r>
        <w:br w:type="page"/>
      </w:r>
    </w:p>
    <w:p>
      <w:pPr>
        <w:spacing w:after="80"/>
      </w:pPr>
      <w:r>
        <w:rPr>
          <w:rFonts w:ascii="Aptos Display" w:hAnsi="Aptos Display"/>
          <w:b/>
          <w:color w:val="123B66"/>
          <w:sz w:val="36"/>
        </w:rPr>
        <w:t>Guide til at udfylde CV-skabelonen</w:t>
      </w:r>
    </w:p>
    <w:p>
      <w:r>
        <w:rPr>
          <w:color w:val="444444"/>
          <w:sz w:val="21"/>
        </w:rPr>
        <w:t>Brug denne side som hjælp, når du tilpasser skabelonen til dit næste job.</w:t>
      </w:r>
    </w:p>
    <w:p>
      <w:pPr>
        <w:spacing w:before="160" w:after="20"/>
      </w:pPr>
      <w:r>
        <w:rPr>
          <w:rFonts w:ascii="Aptos" w:hAnsi="Aptos"/>
          <w:b/>
          <w:color w:val="123B66"/>
          <w:sz w:val="23"/>
        </w:rPr>
        <w:t>1. Skriv en kort og konkret profil</w:t>
      </w:r>
    </w:p>
    <w:p>
      <w:pPr>
        <w:spacing w:before="0" w:after="40"/>
      </w:pPr>
      <w:r>
        <w:rPr>
          <w:rFonts w:ascii="Aptos" w:hAnsi="Aptos"/>
          <w:color w:val="2B2B2B"/>
          <w:sz w:val="20"/>
        </w:rPr>
        <w:t>Undgå generelle formuleringer. Forklar kort, hvad du kan, og hvilke typer opgaver du har erfaring med.</w:t>
      </w:r>
    </w:p>
    <w:p>
      <w:pPr>
        <w:spacing w:before="160" w:after="20"/>
      </w:pPr>
      <w:r>
        <w:rPr>
          <w:rFonts w:ascii="Aptos" w:hAnsi="Aptos"/>
          <w:b/>
          <w:color w:val="123B66"/>
          <w:sz w:val="23"/>
        </w:rPr>
        <w:t>2. Fremhæv relevant erfaring først</w:t>
      </w:r>
    </w:p>
    <w:p>
      <w:pPr>
        <w:spacing w:before="0" w:after="40"/>
      </w:pPr>
      <w:r>
        <w:rPr>
          <w:rFonts w:ascii="Aptos" w:hAnsi="Aptos"/>
          <w:color w:val="2B2B2B"/>
          <w:sz w:val="20"/>
        </w:rPr>
        <w:t>Arbejdsgivere læser hurtigt. Start med det nyeste og mest relevante. Brug punkter fremfor lange tekstblokke.</w:t>
      </w:r>
    </w:p>
    <w:p>
      <w:pPr>
        <w:spacing w:before="160" w:after="20"/>
      </w:pPr>
      <w:r>
        <w:rPr>
          <w:rFonts w:ascii="Aptos" w:hAnsi="Aptos"/>
          <w:b/>
          <w:color w:val="123B66"/>
          <w:sz w:val="23"/>
        </w:rPr>
        <w:t>3. Tilpas kompetencer til jobbet</w:t>
      </w:r>
    </w:p>
    <w:p>
      <w:pPr>
        <w:spacing w:before="0" w:after="40"/>
      </w:pPr>
      <w:r>
        <w:rPr>
          <w:rFonts w:ascii="Aptos" w:hAnsi="Aptos"/>
          <w:color w:val="2B2B2B"/>
          <w:sz w:val="20"/>
        </w:rPr>
        <w:t>Vælg 5-8 kompetencer, som matcher jobopslaget. Brug ikke for mange generelle buzzwords.</w:t>
      </w:r>
    </w:p>
    <w:p>
      <w:pPr>
        <w:spacing w:before="160" w:after="20"/>
      </w:pPr>
      <w:r>
        <w:rPr>
          <w:rFonts w:ascii="Aptos" w:hAnsi="Aptos"/>
          <w:b/>
          <w:color w:val="123B66"/>
          <w:sz w:val="23"/>
        </w:rPr>
        <w:t>4. Hold layoutet enkelt</w:t>
      </w:r>
    </w:p>
    <w:p>
      <w:pPr>
        <w:spacing w:before="0" w:after="40"/>
      </w:pPr>
      <w:r>
        <w:rPr>
          <w:rFonts w:ascii="Aptos" w:hAnsi="Aptos"/>
          <w:color w:val="2B2B2B"/>
          <w:sz w:val="20"/>
        </w:rPr>
        <w:t>Denne skabelon er designet til at være professionel og let at læse. Undgå at overfylde siden med for meget tekst.</w:t>
      </w:r>
    </w:p>
    <w:p>
      <w:pPr>
        <w:spacing w:before="160" w:after="20"/>
      </w:pPr>
      <w:r>
        <w:rPr>
          <w:rFonts w:ascii="Aptos" w:hAnsi="Aptos"/>
          <w:b/>
          <w:color w:val="123B66"/>
          <w:sz w:val="23"/>
        </w:rPr>
        <w:t>5. Gem altid i både Word og PDF</w:t>
      </w:r>
    </w:p>
    <w:p>
      <w:pPr>
        <w:spacing w:before="0" w:after="40"/>
      </w:pPr>
      <w:r>
        <w:rPr>
          <w:rFonts w:ascii="Aptos" w:hAnsi="Aptos"/>
          <w:color w:val="2B2B2B"/>
          <w:sz w:val="20"/>
        </w:rPr>
        <w:t>Word-versionen gør det let at redigere. PDF-versionen er bedst, når CV'et skal sendes til en arbejdsgiver.</w:t>
      </w:r>
    </w:p>
    <w:sectPr w:rsidR="00FC693F" w:rsidRPr="0006063C" w:rsidSect="00034616">
      <w:pgSz w:w="12240" w:h="15840"/>
      <w:pgMar w:top="624" w:right="680" w:bottom="624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color w:val="222222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Aptos" w:hAnsi="Aptos"/>
      <w:sz w:val="20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