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Jobansøgning skabelon – DetGodeJob.dk</w:t>
      </w:r>
    </w:p>
    <w:p>
      <w:r>
        <w:t>Navn: __________________________</w:t>
      </w:r>
    </w:p>
    <w:p>
      <w:r>
        <w:t>Adresse: _______________________</w:t>
      </w:r>
    </w:p>
    <w:p>
      <w:r>
        <w:t>Telefon: _______________________</w:t>
      </w:r>
    </w:p>
    <w:p>
      <w:r>
        <w:t>E-mail: ________________________</w:t>
      </w:r>
    </w:p>
    <w:p/>
    <w:p>
      <w:r>
        <w:t>Virksomhed: ____________________</w:t>
      </w:r>
    </w:p>
    <w:p>
      <w:r>
        <w:t>Adresse: _______________________</w:t>
      </w:r>
    </w:p>
    <w:p>
      <w:r>
        <w:t>Dato: __________________________</w:t>
      </w:r>
    </w:p>
    <w:p/>
    <w:p>
      <w:r>
        <w:t>Kære HR-afdeling</w:t>
      </w:r>
    </w:p>
    <w:p/>
    <w:p>
      <w:r>
        <w:t>Jeg skriver for at ansøge om stillingen som __________________ hos jeres virksomhed.</w:t>
      </w:r>
    </w:p>
    <w:p>
      <w:r>
        <w:t>Jeg er interesseret i jobbet, fordi ___________________________________________.</w:t>
      </w:r>
    </w:p>
    <w:p/>
    <w:p>
      <w:r>
        <w:t>Jeg har erfaring med ________________________________________________.</w:t>
      </w:r>
    </w:p>
    <w:p>
      <w:r>
        <w:t>Jeg arbejder struktureret og tager ansvar for mine opgaver.</w:t>
      </w:r>
    </w:p>
    <w:p/>
    <w:p>
      <w:r>
        <w:t>Jeg håber at få mulighed for at uddybe min motivation ved en personlig samtale.</w:t>
      </w:r>
    </w:p>
    <w:p/>
    <w:p>
      <w:r>
        <w:t>Med venlig hilsen</w:t>
      </w:r>
    </w:p>
    <w:p/>
    <w:p>
      <w:r>
        <w:t>__________________________</w:t>
      </w:r>
    </w:p>
    <w:p>
      <w:r>
        <w:t>Navn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