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Aptos" w:hAnsi="Aptos"/>
          <w:b/>
          <w:color w:val="0F2A5F"/>
          <w:sz w:val="44"/>
        </w:rPr>
        <w:t>JOBSAMTALE SPØRGSMÅL</w:t>
      </w:r>
    </w:p>
    <w:p>
      <w:pPr>
        <w:jc w:val="center"/>
      </w:pPr>
      <w:r>
        <w:rPr>
          <w:rFonts w:ascii="Aptos" w:hAnsi="Aptos"/>
          <w:b/>
          <w:color w:val="2F5BD3"/>
          <w:sz w:val="26"/>
        </w:rPr>
        <w:t>Typiske spørgsmål og svar i Danmark</w:t>
      </w:r>
    </w:p>
    <w:p>
      <w:pPr>
        <w:jc w:val="center"/>
      </w:pPr>
      <w:r>
        <w:rPr>
          <w:rFonts w:ascii="Aptos" w:hAnsi="Aptos"/>
          <w:i/>
          <w:color w:val="64748B"/>
          <w:sz w:val="21"/>
        </w:rPr>
        <w:t>Praktisk skabelon til forberedelse før jobsamtalen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9071"/>
      </w:tblGrid>
      <w:tr>
        <w:tc>
          <w:tcPr>
            <w:tcW w:type="dxa" w:w="10200"/>
            <w:shd w:fill="F8FAFC"/>
            <w:tcMar>
              <w:top w:w="120" w:type="dxa"/>
              <w:start w:w="140" w:type="dxa"/>
              <w:bottom w:w="120" w:type="dxa"/>
              <w:end w:w="140" w:type="dxa"/>
            </w:tcMar>
            <w:vAlign w:val="center"/>
          </w:tcPr>
          <w:p>
            <w:r>
              <w:rPr>
                <w:rFonts w:ascii="Aptos" w:hAnsi="Aptos"/>
                <w:b/>
                <w:color w:val="0F172A"/>
                <w:sz w:val="21"/>
              </w:rPr>
              <w:t xml:space="preserve">Sådan bruger du arket: </w:t>
            </w:r>
            <w:r>
              <w:rPr>
                <w:rFonts w:ascii="Aptos" w:hAnsi="Aptos"/>
                <w:color w:val="334155"/>
                <w:sz w:val="20"/>
              </w:rPr>
              <w:t>Øv dine svar højt, tilpas dem til stillingen og brug de korte eksempler som inspiration. Dine svar skal være ærlige, konkrete og professionelle.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10"/>
        <w:gridCol w:w="3458"/>
        <w:gridCol w:w="5159"/>
      </w:tblGrid>
      <w:tr>
        <w:tc>
          <w:tcPr>
            <w:tcW w:type="dxa" w:w="3400"/>
            <w:shd w:fill="EAF0FF"/>
            <w:tcMar>
              <w:top w:w="110" w:type="dxa"/>
              <w:start w:w="120" w:type="dxa"/>
              <w:bottom w:w="110" w:type="dxa"/>
              <w:end w:w="120" w:type="dxa"/>
            </w:tcMar>
            <w:vAlign w:val="center"/>
          </w:tcPr>
          <w:p>
            <w:pPr>
              <w:jc w:val="center"/>
            </w:pPr>
            <w:r/>
            <w:r>
              <w:rPr>
                <w:rFonts w:ascii="Aptos" w:hAnsi="Aptos"/>
                <w:b/>
                <w:color w:val="0F2A5F"/>
                <w:sz w:val="20"/>
              </w:rPr>
              <w:t>#</w:t>
            </w:r>
          </w:p>
        </w:tc>
        <w:tc>
          <w:tcPr>
            <w:tcW w:type="dxa" w:w="3400"/>
            <w:shd w:fill="EAF0FF"/>
            <w:tcMar>
              <w:top w:w="110" w:type="dxa"/>
              <w:start w:w="120" w:type="dxa"/>
              <w:bottom w:w="110" w:type="dxa"/>
              <w:end w:w="120" w:type="dxa"/>
            </w:tcMar>
            <w:vAlign w:val="center"/>
          </w:tcPr>
          <w:p>
            <w:pPr>
              <w:jc w:val="left"/>
            </w:pPr>
            <w:r/>
            <w:r>
              <w:rPr>
                <w:rFonts w:ascii="Aptos" w:hAnsi="Aptos"/>
                <w:b/>
                <w:color w:val="0F2A5F"/>
                <w:sz w:val="20"/>
              </w:rPr>
              <w:t>Typisk spørgsmål</w:t>
            </w:r>
          </w:p>
        </w:tc>
        <w:tc>
          <w:tcPr>
            <w:tcW w:type="dxa" w:w="3400"/>
            <w:shd w:fill="EAF0FF"/>
            <w:tcMar>
              <w:top w:w="110" w:type="dxa"/>
              <w:start w:w="120" w:type="dxa"/>
              <w:bottom w:w="110" w:type="dxa"/>
              <w:end w:w="120" w:type="dxa"/>
            </w:tcMar>
            <w:vAlign w:val="center"/>
          </w:tcPr>
          <w:p>
            <w:pPr>
              <w:jc w:val="left"/>
            </w:pPr>
            <w:r/>
            <w:r>
              <w:rPr>
                <w:rFonts w:ascii="Aptos" w:hAnsi="Aptos"/>
                <w:b/>
                <w:color w:val="0F2A5F"/>
                <w:sz w:val="20"/>
              </w:rPr>
              <w:t>Kort eksempel på svar</w:t>
            </w:r>
          </w:p>
        </w:tc>
      </w:tr>
      <w:tr>
        <w:tc>
          <w:tcPr>
            <w:tcW w:type="dxa" w:w="510"/>
            <w:shd w:fill="FFFFFF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color w:val="111827"/>
                <w:sz w:val="20"/>
              </w:rPr>
              <w:t>1</w:t>
            </w:r>
          </w:p>
        </w:tc>
        <w:tc>
          <w:tcPr>
            <w:tcW w:type="dxa" w:w="3458"/>
            <w:shd w:fill="FFFFFF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b/>
                <w:color w:val="111827"/>
                <w:sz w:val="20"/>
              </w:rPr>
              <w:t>Fortæl lidt om dig selv</w:t>
            </w:r>
          </w:p>
        </w:tc>
        <w:tc>
          <w:tcPr>
            <w:tcW w:type="dxa" w:w="5159"/>
            <w:shd w:fill="FFFFFF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b w:val="0"/>
                <w:color w:val="111827"/>
                <w:sz w:val="20"/>
              </w:rPr>
              <w:t>Jeg er en motiveret og ansvarsfuld person, som trives med struktur og samarbejde. Jeg lærer hurtigt og søger en stilling, hvor jeg kan bruge mine styrker og udvikle mig videre.</w:t>
            </w:r>
          </w:p>
        </w:tc>
      </w:tr>
      <w:tr>
        <w:tc>
          <w:tcPr>
            <w:tcW w:type="dxa" w:w="510"/>
            <w:shd w:fill="FFFFFF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color w:val="111827"/>
                <w:sz w:val="20"/>
              </w:rPr>
              <w:t>2</w:t>
            </w:r>
          </w:p>
        </w:tc>
        <w:tc>
          <w:tcPr>
            <w:tcW w:type="dxa" w:w="3458"/>
            <w:shd w:fill="FFFFFF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b/>
                <w:color w:val="111827"/>
                <w:sz w:val="20"/>
              </w:rPr>
              <w:t>Hvorfor søger du jobbet?</w:t>
            </w:r>
          </w:p>
        </w:tc>
        <w:tc>
          <w:tcPr>
            <w:tcW w:type="dxa" w:w="5159"/>
            <w:shd w:fill="FFFFFF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b w:val="0"/>
                <w:color w:val="111827"/>
                <w:sz w:val="20"/>
              </w:rPr>
              <w:t>Jeg søger jobbet, fordi stillingen passer godt til mine kompetencer og interesser. Samtidig virker virksomheden som et sted, hvor kvalitet, ansvar og samarbejde bliver taget seriøst.</w:t>
            </w:r>
          </w:p>
        </w:tc>
      </w:tr>
      <w:tr>
        <w:tc>
          <w:tcPr>
            <w:tcW w:type="dxa" w:w="510"/>
            <w:shd w:fill="FFFFFF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color w:val="111827"/>
                <w:sz w:val="20"/>
              </w:rPr>
              <w:t>3</w:t>
            </w:r>
          </w:p>
        </w:tc>
        <w:tc>
          <w:tcPr>
            <w:tcW w:type="dxa" w:w="3458"/>
            <w:shd w:fill="FFFFFF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b/>
                <w:color w:val="111827"/>
                <w:sz w:val="20"/>
              </w:rPr>
              <w:t>Hvad ved du om virksomheden?</w:t>
            </w:r>
          </w:p>
        </w:tc>
        <w:tc>
          <w:tcPr>
            <w:tcW w:type="dxa" w:w="5159"/>
            <w:shd w:fill="FFFFFF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b w:val="0"/>
                <w:color w:val="111827"/>
                <w:sz w:val="20"/>
              </w:rPr>
              <w:t>Jeg har læst om virksomheden på jeres hjemmeside og kan se, at I lægger vægt på kvalitet, service og professionelt samarbejde. Det tiltaler mig meget.</w:t>
            </w:r>
          </w:p>
        </w:tc>
      </w:tr>
      <w:tr>
        <w:tc>
          <w:tcPr>
            <w:tcW w:type="dxa" w:w="510"/>
            <w:shd w:fill="FFFFFF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color w:val="111827"/>
                <w:sz w:val="20"/>
              </w:rPr>
              <w:t>4</w:t>
            </w:r>
          </w:p>
        </w:tc>
        <w:tc>
          <w:tcPr>
            <w:tcW w:type="dxa" w:w="3458"/>
            <w:shd w:fill="FFFFFF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b/>
                <w:color w:val="111827"/>
                <w:sz w:val="20"/>
              </w:rPr>
              <w:t>Hvad er dine styrker?</w:t>
            </w:r>
          </w:p>
        </w:tc>
        <w:tc>
          <w:tcPr>
            <w:tcW w:type="dxa" w:w="5159"/>
            <w:shd w:fill="FFFFFF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b w:val="0"/>
                <w:color w:val="111827"/>
                <w:sz w:val="20"/>
              </w:rPr>
              <w:t>Mine største styrker er, at jeg er mødestabil, grundig og god til at samarbejde. Jeg tager ansvar for mine opgaver og holder fokus, også når der er travlt.</w:t>
            </w:r>
          </w:p>
        </w:tc>
      </w:tr>
      <w:tr>
        <w:tc>
          <w:tcPr>
            <w:tcW w:type="dxa" w:w="510"/>
            <w:shd w:fill="FFFFFF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color w:val="111827"/>
                <w:sz w:val="20"/>
              </w:rPr>
              <w:t>5</w:t>
            </w:r>
          </w:p>
        </w:tc>
        <w:tc>
          <w:tcPr>
            <w:tcW w:type="dxa" w:w="3458"/>
            <w:shd w:fill="FFFFFF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b/>
                <w:color w:val="111827"/>
                <w:sz w:val="20"/>
              </w:rPr>
              <w:t>Hvad er dine svagheder?</w:t>
            </w:r>
          </w:p>
        </w:tc>
        <w:tc>
          <w:tcPr>
            <w:tcW w:type="dxa" w:w="5159"/>
            <w:shd w:fill="FFFFFF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b w:val="0"/>
                <w:color w:val="111827"/>
                <w:sz w:val="20"/>
              </w:rPr>
              <w:t>Jeg kan nogle gange bruge lidt for meget tid på detaljer, fordi jeg gerne vil levere et godt resultat. Jeg arbejder dog aktivt på at prioritere bedre.</w:t>
            </w:r>
          </w:p>
        </w:tc>
      </w:tr>
      <w:tr>
        <w:tc>
          <w:tcPr>
            <w:tcW w:type="dxa" w:w="510"/>
            <w:shd w:fill="FFFFFF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color w:val="111827"/>
                <w:sz w:val="20"/>
              </w:rPr>
              <w:t>6</w:t>
            </w:r>
          </w:p>
        </w:tc>
        <w:tc>
          <w:tcPr>
            <w:tcW w:type="dxa" w:w="3458"/>
            <w:shd w:fill="FFFFFF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b/>
                <w:color w:val="111827"/>
                <w:sz w:val="20"/>
              </w:rPr>
              <w:t>Hvorfor skal vi vælge dig?</w:t>
            </w:r>
          </w:p>
        </w:tc>
        <w:tc>
          <w:tcPr>
            <w:tcW w:type="dxa" w:w="5159"/>
            <w:shd w:fill="FFFFFF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b w:val="0"/>
                <w:color w:val="111827"/>
                <w:sz w:val="20"/>
              </w:rPr>
              <w:t>I skal vælge mig, fordi jeg er motiveret, lærevillig og klar til at bidrage fra første dag. Jeg tager mit arbejde seriøst og vil gøre mit bedste for at skabe værdi.</w:t>
            </w:r>
          </w:p>
        </w:tc>
      </w:tr>
      <w:tr>
        <w:tc>
          <w:tcPr>
            <w:tcW w:type="dxa" w:w="510"/>
            <w:shd w:fill="FFFFFF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color w:val="111827"/>
                <w:sz w:val="20"/>
              </w:rPr>
              <w:t>7</w:t>
            </w:r>
          </w:p>
        </w:tc>
        <w:tc>
          <w:tcPr>
            <w:tcW w:type="dxa" w:w="3458"/>
            <w:shd w:fill="FFFFFF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b/>
                <w:color w:val="111827"/>
                <w:sz w:val="20"/>
              </w:rPr>
              <w:t>Hvordan håndterer du stress eller travle perioder?</w:t>
            </w:r>
          </w:p>
        </w:tc>
        <w:tc>
          <w:tcPr>
            <w:tcW w:type="dxa" w:w="5159"/>
            <w:shd w:fill="FFFFFF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b w:val="0"/>
                <w:color w:val="111827"/>
                <w:sz w:val="20"/>
              </w:rPr>
              <w:t>Når der er travlt, forsøger jeg at bevare overblikket, prioritere mine opgaver og kommunikere tydeligt. Jeg arbejder bedst, når jeg holder fokus og tager én ting ad gangen.</w:t>
            </w:r>
          </w:p>
        </w:tc>
      </w:tr>
      <w:tr>
        <w:tc>
          <w:tcPr>
            <w:tcW w:type="dxa" w:w="510"/>
            <w:shd w:fill="FFFFFF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</w:tcPr>
          <w:p>
            <w:pPr>
              <w:jc w:val="center"/>
            </w:pPr>
            <w:r>
              <w:rPr>
                <w:rFonts w:ascii="Aptos" w:hAnsi="Aptos"/>
                <w:color w:val="111827"/>
                <w:sz w:val="20"/>
              </w:rPr>
              <w:t>8</w:t>
            </w:r>
          </w:p>
        </w:tc>
        <w:tc>
          <w:tcPr>
            <w:tcW w:type="dxa" w:w="3458"/>
            <w:shd w:fill="FFFFFF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b/>
                <w:color w:val="111827"/>
                <w:sz w:val="20"/>
              </w:rPr>
              <w:t>Har du spørgsmål til os?</w:t>
            </w:r>
          </w:p>
        </w:tc>
        <w:tc>
          <w:tcPr>
            <w:tcW w:type="dxa" w:w="5159"/>
            <w:shd w:fill="FFFFFF"/>
            <w:tcMar>
              <w:top w:w="100" w:type="dxa"/>
              <w:start w:w="120" w:type="dxa"/>
              <w:bottom w:w="100" w:type="dxa"/>
              <w:end w:w="120" w:type="dxa"/>
            </w:tcMar>
            <w:vAlign w:val="center"/>
          </w:tcPr>
          <w:p>
            <w:pPr>
              <w:jc w:val="left"/>
            </w:pPr>
            <w:r>
              <w:rPr>
                <w:rFonts w:ascii="Aptos" w:hAnsi="Aptos"/>
                <w:b w:val="0"/>
                <w:color w:val="111827"/>
                <w:sz w:val="20"/>
              </w:rPr>
              <w:t>Ja. Jeg vil gerne høre, hvordan en typisk arbejdsdag ser ud, hvordan oplæringen foregår, og hvilke egenskaber der er vigtigst for at få succes i stillingen.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200"/>
      </w:tblGrid>
      <w:tr>
        <w:tc>
          <w:tcPr>
            <w:tcW w:type="dxa" w:w="10200"/>
            <w:shd w:fill="EFF6FF"/>
            <w:tcMar>
              <w:top w:w="110" w:type="dxa"/>
              <w:start w:w="140" w:type="dxa"/>
              <w:bottom w:w="110" w:type="dxa"/>
              <w:end w:w="140" w:type="dxa"/>
            </w:tcMar>
          </w:tcPr>
          <w:p>
            <w:r>
              <w:rPr>
                <w:rFonts w:ascii="Aptos" w:hAnsi="Aptos"/>
                <w:b/>
                <w:color w:val="1E3A8A"/>
                <w:sz w:val="22"/>
              </w:rPr>
              <w:t>Hurtige tips til samtalen</w:t>
            </w:r>
          </w:p>
          <w:p>
            <w:r>
              <w:rPr>
                <w:rFonts w:ascii="Aptos" w:hAnsi="Aptos"/>
                <w:b/>
                <w:color w:val="1E40AF"/>
                <w:sz w:val="20"/>
              </w:rPr>
              <w:t xml:space="preserve">• </w:t>
            </w:r>
            <w:r>
              <w:rPr>
                <w:rFonts w:ascii="Aptos" w:hAnsi="Aptos"/>
                <w:color w:val="1E293B"/>
                <w:sz w:val="20"/>
              </w:rPr>
              <w:t>Svar kort og konkret.</w:t>
            </w:r>
          </w:p>
          <w:p>
            <w:r>
              <w:rPr>
                <w:rFonts w:ascii="Aptos" w:hAnsi="Aptos"/>
                <w:b/>
                <w:color w:val="1E40AF"/>
                <w:sz w:val="20"/>
              </w:rPr>
              <w:t xml:space="preserve">• </w:t>
            </w:r>
            <w:r>
              <w:rPr>
                <w:rFonts w:ascii="Aptos" w:hAnsi="Aptos"/>
                <w:color w:val="1E293B"/>
                <w:sz w:val="20"/>
              </w:rPr>
              <w:t>Brug eksempler fra skole, arbejde eller hverdagen.</w:t>
            </w:r>
          </w:p>
          <w:p>
            <w:r>
              <w:rPr>
                <w:rFonts w:ascii="Aptos" w:hAnsi="Aptos"/>
                <w:b/>
                <w:color w:val="1E40AF"/>
                <w:sz w:val="20"/>
              </w:rPr>
              <w:t xml:space="preserve">• </w:t>
            </w:r>
            <w:r>
              <w:rPr>
                <w:rFonts w:ascii="Aptos" w:hAnsi="Aptos"/>
                <w:color w:val="1E293B"/>
                <w:sz w:val="20"/>
              </w:rPr>
              <w:t>Undgå at tale negativt om tidligere chefer eller arbejdspladser.</w:t>
            </w:r>
          </w:p>
          <w:p>
            <w:r>
              <w:rPr>
                <w:rFonts w:ascii="Aptos" w:hAnsi="Aptos"/>
                <w:b/>
                <w:color w:val="1E40AF"/>
                <w:sz w:val="20"/>
              </w:rPr>
              <w:t xml:space="preserve">• </w:t>
            </w:r>
            <w:r>
              <w:rPr>
                <w:rFonts w:ascii="Aptos" w:hAnsi="Aptos"/>
                <w:color w:val="1E293B"/>
                <w:sz w:val="20"/>
              </w:rPr>
              <w:t>Forbered 2-4 spørgsmål, du selv kan stille til sidst.</w:t>
            </w:r>
          </w:p>
        </w:tc>
      </w:tr>
    </w:tbl>
    <w:p>
      <w:r>
        <w:br w:type="page"/>
      </w:r>
    </w:p>
    <w:p>
      <w:pPr>
        <w:jc w:val="center"/>
      </w:pPr>
      <w:r>
        <w:rPr>
          <w:rFonts w:ascii="Aptos" w:hAnsi="Aptos"/>
          <w:b/>
          <w:color w:val="0F2A5F"/>
          <w:sz w:val="36"/>
        </w:rPr>
        <w:t>MIT EGET FORBEREDELSESARK</w:t>
      </w:r>
    </w:p>
    <w:p>
      <w:pPr>
        <w:jc w:val="center"/>
      </w:pPr>
      <w:r>
        <w:rPr>
          <w:rFonts w:ascii="Aptos" w:hAnsi="Aptos"/>
          <w:i/>
          <w:color w:val="64748B"/>
          <w:sz w:val="21"/>
        </w:rPr>
        <w:t>Skriv dine egne svar her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3118"/>
        <w:gridCol w:w="5953"/>
      </w:tblGrid>
      <w:tr>
        <w:tc>
          <w:tcPr>
            <w:tcW w:type="dxa" w:w="5100"/>
            <w:tcMar>
              <w:top w:w="100" w:type="dxa"/>
              <w:start w:w="110" w:type="dxa"/>
              <w:bottom w:w="100" w:type="dxa"/>
              <w:end w:w="110" w:type="dxa"/>
            </w:tcMar>
          </w:tcPr>
          <w:p>
            <w:r>
              <w:rPr>
                <w:rFonts w:ascii="Aptos" w:hAnsi="Aptos"/>
                <w:b/>
                <w:color w:val="0F172A"/>
                <w:sz w:val="21"/>
              </w:rPr>
              <w:t>Stilling</w:t>
            </w:r>
          </w:p>
        </w:tc>
        <w:tc>
          <w:tcPr>
            <w:tcW w:type="dxa" w:w="5100"/>
            <w:tcMar>
              <w:top w:w="100" w:type="dxa"/>
              <w:start w:w="110" w:type="dxa"/>
              <w:bottom w:w="100" w:type="dxa"/>
              <w:end w:w="110" w:type="dxa"/>
            </w:tcMar>
          </w:tcPr>
          <w:p>
            <w:r>
              <w:rPr>
                <w:rFonts w:ascii="Aptos" w:hAnsi="Aptos"/>
                <w:color w:val="334155"/>
                <w:sz w:val="21"/>
              </w:rPr>
              <w:t>____________________________________________</w:t>
            </w:r>
          </w:p>
        </w:tc>
      </w:tr>
      <w:tr>
        <w:tc>
          <w:tcPr>
            <w:tcW w:type="dxa" w:w="3118"/>
            <w:tcMar>
              <w:top w:w="100" w:type="dxa"/>
              <w:start w:w="110" w:type="dxa"/>
              <w:bottom w:w="100" w:type="dxa"/>
              <w:end w:w="110" w:type="dxa"/>
            </w:tcMar>
          </w:tcPr>
          <w:p>
            <w:r>
              <w:rPr>
                <w:rFonts w:ascii="Aptos" w:hAnsi="Aptos"/>
                <w:b/>
                <w:color w:val="0F172A"/>
                <w:sz w:val="21"/>
              </w:rPr>
              <w:t>Virksomhed</w:t>
            </w:r>
          </w:p>
        </w:tc>
        <w:tc>
          <w:tcPr>
            <w:tcW w:type="dxa" w:w="5953"/>
            <w:tcMar>
              <w:top w:w="100" w:type="dxa"/>
              <w:start w:w="110" w:type="dxa"/>
              <w:bottom w:w="100" w:type="dxa"/>
              <w:end w:w="110" w:type="dxa"/>
            </w:tcMar>
          </w:tcPr>
          <w:p>
            <w:r>
              <w:rPr>
                <w:rFonts w:ascii="Aptos" w:hAnsi="Aptos"/>
                <w:color w:val="334155"/>
                <w:sz w:val="21"/>
              </w:rPr>
              <w:t>____________________________________________</w:t>
            </w:r>
          </w:p>
        </w:tc>
      </w:tr>
      <w:tr>
        <w:tc>
          <w:tcPr>
            <w:tcW w:type="dxa" w:w="3118"/>
            <w:tcMar>
              <w:top w:w="100" w:type="dxa"/>
              <w:start w:w="110" w:type="dxa"/>
              <w:bottom w:w="100" w:type="dxa"/>
              <w:end w:w="110" w:type="dxa"/>
            </w:tcMar>
          </w:tcPr>
          <w:p>
            <w:r>
              <w:rPr>
                <w:rFonts w:ascii="Aptos" w:hAnsi="Aptos"/>
                <w:b/>
                <w:color w:val="0F172A"/>
                <w:sz w:val="21"/>
              </w:rPr>
              <w:t>Dato for samtale</w:t>
            </w:r>
          </w:p>
        </w:tc>
        <w:tc>
          <w:tcPr>
            <w:tcW w:type="dxa" w:w="5953"/>
            <w:tcMar>
              <w:top w:w="100" w:type="dxa"/>
              <w:start w:w="110" w:type="dxa"/>
              <w:bottom w:w="100" w:type="dxa"/>
              <w:end w:w="110" w:type="dxa"/>
            </w:tcMar>
          </w:tcPr>
          <w:p>
            <w:r>
              <w:rPr>
                <w:rFonts w:ascii="Aptos" w:hAnsi="Aptos"/>
                <w:color w:val="334155"/>
                <w:sz w:val="21"/>
              </w:rPr>
              <w:t>____________________________________________</w:t>
            </w:r>
          </w:p>
        </w:tc>
      </w:tr>
    </w:tbl>
    <w:p/>
    <w:p>
      <w:r>
        <w:rPr>
          <w:rFonts w:ascii="Aptos" w:hAnsi="Aptos"/>
          <w:b/>
          <w:color w:val="1D4ED8"/>
          <w:sz w:val="22"/>
        </w:rPr>
        <w:t>1. Fortæl lidt om dig selv</w:t>
      </w:r>
    </w:p>
    <w:p>
      <w:r>
        <w:rPr>
          <w:rFonts w:ascii="Aptos" w:hAnsi="Aptos"/>
          <w:color w:val="94A3B8"/>
          <w:sz w:val="19"/>
        </w:rPr>
        <w:t>__________________________________________________________________________________________</w:t>
      </w:r>
    </w:p>
    <w:p>
      <w:r>
        <w:rPr>
          <w:rFonts w:ascii="Aptos" w:hAnsi="Aptos"/>
          <w:color w:val="94A3B8"/>
          <w:sz w:val="19"/>
        </w:rPr>
        <w:t>__________________________________________________________________________________________</w:t>
      </w:r>
    </w:p>
    <w:p>
      <w:r>
        <w:rPr>
          <w:rFonts w:ascii="Aptos" w:hAnsi="Aptos"/>
          <w:color w:val="94A3B8"/>
          <w:sz w:val="19"/>
        </w:rPr>
        <w:t>__________________________________________________________________________________________</w:t>
      </w:r>
    </w:p>
    <w:p>
      <w:pPr>
        <w:spacing w:after="40"/>
      </w:pPr>
    </w:p>
    <w:p>
      <w:r>
        <w:rPr>
          <w:rFonts w:ascii="Aptos" w:hAnsi="Aptos"/>
          <w:b/>
          <w:color w:val="1D4ED8"/>
          <w:sz w:val="22"/>
        </w:rPr>
        <w:t>2. Hvorfor søger du jobbet?</w:t>
      </w:r>
    </w:p>
    <w:p>
      <w:r>
        <w:rPr>
          <w:rFonts w:ascii="Aptos" w:hAnsi="Aptos"/>
          <w:color w:val="94A3B8"/>
          <w:sz w:val="19"/>
        </w:rPr>
        <w:t>__________________________________________________________________________________________</w:t>
      </w:r>
    </w:p>
    <w:p>
      <w:r>
        <w:rPr>
          <w:rFonts w:ascii="Aptos" w:hAnsi="Aptos"/>
          <w:color w:val="94A3B8"/>
          <w:sz w:val="19"/>
        </w:rPr>
        <w:t>__________________________________________________________________________________________</w:t>
      </w:r>
    </w:p>
    <w:p>
      <w:r>
        <w:rPr>
          <w:rFonts w:ascii="Aptos" w:hAnsi="Aptos"/>
          <w:color w:val="94A3B8"/>
          <w:sz w:val="19"/>
        </w:rPr>
        <w:t>__________________________________________________________________________________________</w:t>
      </w:r>
    </w:p>
    <w:p>
      <w:pPr>
        <w:spacing w:after="40"/>
      </w:pPr>
    </w:p>
    <w:p>
      <w:r>
        <w:rPr>
          <w:rFonts w:ascii="Aptos" w:hAnsi="Aptos"/>
          <w:b/>
          <w:color w:val="1D4ED8"/>
          <w:sz w:val="22"/>
        </w:rPr>
        <w:t>3. Hvad ved du om virksomheden?</w:t>
      </w:r>
    </w:p>
    <w:p>
      <w:r>
        <w:rPr>
          <w:rFonts w:ascii="Aptos" w:hAnsi="Aptos"/>
          <w:color w:val="94A3B8"/>
          <w:sz w:val="19"/>
        </w:rPr>
        <w:t>__________________________________________________________________________________________</w:t>
      </w:r>
    </w:p>
    <w:p>
      <w:r>
        <w:rPr>
          <w:rFonts w:ascii="Aptos" w:hAnsi="Aptos"/>
          <w:color w:val="94A3B8"/>
          <w:sz w:val="19"/>
        </w:rPr>
        <w:t>__________________________________________________________________________________________</w:t>
      </w:r>
    </w:p>
    <w:p>
      <w:r>
        <w:rPr>
          <w:rFonts w:ascii="Aptos" w:hAnsi="Aptos"/>
          <w:color w:val="94A3B8"/>
          <w:sz w:val="19"/>
        </w:rPr>
        <w:t>__________________________________________________________________________________________</w:t>
      </w:r>
    </w:p>
    <w:p>
      <w:pPr>
        <w:spacing w:after="40"/>
      </w:pPr>
    </w:p>
    <w:p>
      <w:r>
        <w:rPr>
          <w:rFonts w:ascii="Aptos" w:hAnsi="Aptos"/>
          <w:b/>
          <w:color w:val="1D4ED8"/>
          <w:sz w:val="22"/>
        </w:rPr>
        <w:t>4. Hvad er dine styrker?</w:t>
      </w:r>
    </w:p>
    <w:p>
      <w:r>
        <w:rPr>
          <w:rFonts w:ascii="Aptos" w:hAnsi="Aptos"/>
          <w:color w:val="94A3B8"/>
          <w:sz w:val="19"/>
        </w:rPr>
        <w:t>__________________________________________________________________________________________</w:t>
      </w:r>
    </w:p>
    <w:p>
      <w:r>
        <w:rPr>
          <w:rFonts w:ascii="Aptos" w:hAnsi="Aptos"/>
          <w:color w:val="94A3B8"/>
          <w:sz w:val="19"/>
        </w:rPr>
        <w:t>__________________________________________________________________________________________</w:t>
      </w:r>
    </w:p>
    <w:p>
      <w:r>
        <w:rPr>
          <w:rFonts w:ascii="Aptos" w:hAnsi="Aptos"/>
          <w:color w:val="94A3B8"/>
          <w:sz w:val="19"/>
        </w:rPr>
        <w:t>__________________________________________________________________________________________</w:t>
      </w:r>
    </w:p>
    <w:p>
      <w:pPr>
        <w:spacing w:after="40"/>
      </w:pPr>
    </w:p>
    <w:p>
      <w:r>
        <w:rPr>
          <w:rFonts w:ascii="Aptos" w:hAnsi="Aptos"/>
          <w:b/>
          <w:color w:val="1D4ED8"/>
          <w:sz w:val="22"/>
        </w:rPr>
        <w:t>5. Hvad er dine svagheder?</w:t>
      </w:r>
    </w:p>
    <w:p>
      <w:r>
        <w:rPr>
          <w:rFonts w:ascii="Aptos" w:hAnsi="Aptos"/>
          <w:color w:val="94A3B8"/>
          <w:sz w:val="19"/>
        </w:rPr>
        <w:t>__________________________________________________________________________________________</w:t>
      </w:r>
    </w:p>
    <w:p>
      <w:r>
        <w:rPr>
          <w:rFonts w:ascii="Aptos" w:hAnsi="Aptos"/>
          <w:color w:val="94A3B8"/>
          <w:sz w:val="19"/>
        </w:rPr>
        <w:t>__________________________________________________________________________________________</w:t>
      </w:r>
    </w:p>
    <w:p>
      <w:r>
        <w:rPr>
          <w:rFonts w:ascii="Aptos" w:hAnsi="Aptos"/>
          <w:color w:val="94A3B8"/>
          <w:sz w:val="19"/>
        </w:rPr>
        <w:t>__________________________________________________________________________________________</w:t>
      </w:r>
    </w:p>
    <w:p>
      <w:pPr>
        <w:spacing w:after="40"/>
      </w:pPr>
    </w:p>
    <w:p>
      <w:r>
        <w:rPr>
          <w:rFonts w:ascii="Aptos" w:hAnsi="Aptos"/>
          <w:b/>
          <w:color w:val="1D4ED8"/>
          <w:sz w:val="22"/>
        </w:rPr>
        <w:t>6. Hvorfor skal vi vælge dig?</w:t>
      </w:r>
    </w:p>
    <w:p>
      <w:r>
        <w:rPr>
          <w:rFonts w:ascii="Aptos" w:hAnsi="Aptos"/>
          <w:color w:val="94A3B8"/>
          <w:sz w:val="19"/>
        </w:rPr>
        <w:t>__________________________________________________________________________________________</w:t>
      </w:r>
    </w:p>
    <w:p>
      <w:r>
        <w:rPr>
          <w:rFonts w:ascii="Aptos" w:hAnsi="Aptos"/>
          <w:color w:val="94A3B8"/>
          <w:sz w:val="19"/>
        </w:rPr>
        <w:t>__________________________________________________________________________________________</w:t>
      </w:r>
    </w:p>
    <w:p>
      <w:r>
        <w:rPr>
          <w:rFonts w:ascii="Aptos" w:hAnsi="Aptos"/>
          <w:color w:val="94A3B8"/>
          <w:sz w:val="19"/>
        </w:rPr>
        <w:t>__________________________________________________________________________________________</w:t>
      </w:r>
    </w:p>
    <w:p>
      <w:pPr>
        <w:spacing w:after="40"/>
      </w:pPr>
    </w:p>
    <w:sectPr w:rsidR="00FC693F" w:rsidRPr="0006063C" w:rsidSect="00034616">
      <w:footerReference w:type="default" r:id="rId9"/>
      <w:pgSz w:w="12240" w:h="15840"/>
      <w:pgMar w:top="907" w:right="1020" w:bottom="907" w:left="1020" w:header="720" w:footer="720" w:gutter="0"/>
      <w:cols w:space="720"/>
      <w:docGrid w:linePitch="360"/>
      <w:pgBorders w:offsetFrom="page">
        <w:top w:val="single" w:sz="6" w:space="18" w:color="D9E2F3"/>
        <w:left w:val="single" w:sz="6" w:space="18" w:color="D9E2F3"/>
        <w:bottom w:val="single" w:sz="6" w:space="18" w:color="D9E2F3"/>
        <w:right w:val="single" w:sz="6" w:space="18" w:color="D9E2F3"/>
      </w:pgBorder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Aptos" w:hAnsi="Aptos"/>
        <w:b/>
        <w:color w:val="64748B"/>
        <w:sz w:val="18"/>
      </w:rPr>
      <w:t>detgodejob.dk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