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Kort jobansøgning eksempel</w:t>
      </w:r>
    </w:p>
    <w:p>
      <w:r>
        <w:t>Kort jobansøgning eksempel</w:t>
      </w:r>
    </w:p>
    <w:p/>
    <w:p>
      <w:r>
        <w:t>Navn Efternavn</w:t>
      </w:r>
    </w:p>
    <w:p>
      <w:r>
        <w:t>Adresse 12</w:t>
      </w:r>
    </w:p>
    <w:p>
      <w:r>
        <w:t>8000 Aarhus C</w:t>
      </w:r>
    </w:p>
    <w:p>
      <w:r>
        <w:t>Telefon: 12 34 56 78</w:t>
      </w:r>
    </w:p>
    <w:p>
      <w:r>
        <w:t>E-mail: navn@mail.dk</w:t>
      </w:r>
    </w:p>
    <w:p/>
    <w:p>
      <w:r>
        <w:t>Virksomhed A/S</w:t>
      </w:r>
    </w:p>
    <w:p>
      <w:r>
        <w:t>Att: HR-afdeling</w:t>
      </w:r>
    </w:p>
    <w:p>
      <w:r>
        <w:t>Adresse 45</w:t>
      </w:r>
    </w:p>
    <w:p>
      <w:r>
        <w:t>5000 Odense C</w:t>
      </w:r>
    </w:p>
    <w:p/>
    <w:p>
      <w:r>
        <w:t>Ansøgning til stillingen</w:t>
      </w:r>
    </w:p>
    <w:p/>
    <w:p>
      <w:r>
        <w:t>Kære HR-afdeling</w:t>
      </w:r>
    </w:p>
    <w:p/>
    <w:p>
      <w:r>
        <w:t>Jeg skriver for at søge stillingen hos jeres virksomhed. Jeg er en motiveret og ansvarsbevidst medarbejder med gode samarbejdsevner.</w:t>
      </w:r>
    </w:p>
    <w:p/>
    <w:p>
      <w:r>
        <w:t>Jeg arbejder effektivt, er mødestabil og klar til at lære nye opgaver. Jeg ønsker at bidrage positivt til virksomheden.</w:t>
      </w:r>
    </w:p>
    <w:p/>
    <w:p>
      <w:r>
        <w:t>Jeg ser frem til muligheden for at uddybe min ansøgning ved en personlig samtale.</w:t>
      </w:r>
    </w:p>
    <w:p/>
    <w:p>
      <w:r>
        <w:t>Med venlig hilsen</w:t>
      </w:r>
    </w:p>
    <w:p/>
    <w:p>
      <w:r>
        <w:t>Navn Efternavn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