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200"/>
      </w:tblGrid>
      <w:tr>
        <w:tc>
          <w:tcPr>
            <w:tcW w:type="dxa" w:w="10200"/>
            <w:shd w:fill="EFF6FF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spacing w:after="80"/>
              <w:jc w:val="center"/>
            </w:pPr>
            <w:r>
              <w:rPr>
                <w:rFonts w:ascii="Aptos" w:hAnsi="Aptos"/>
                <w:b/>
                <w:color w:val="1D4ED8"/>
                <w:sz w:val="40"/>
              </w:rPr>
              <w:t>OPSIGELSE SOM FUNKTIONÆR</w:t>
            </w:r>
          </w:p>
          <w:p>
            <w:pPr>
              <w:spacing w:after="0"/>
              <w:jc w:val="center"/>
            </w:pPr>
            <w:r>
              <w:rPr>
                <w:rFonts w:ascii="Aptos" w:hAnsi="Aptos"/>
                <w:i/>
                <w:color w:val="475569"/>
                <w:sz w:val="21"/>
              </w:rPr>
              <w:t>Professionel skabelon med fokus på regler og varsel i Danmark</w:t>
            </w:r>
          </w:p>
        </w:tc>
      </w:tr>
    </w:tbl>
    <w:p>
      <w:pPr>
        <w:spacing w:after="40" w:before="0"/>
      </w:pPr>
      <w:r>
        <w:rPr>
          <w:rFonts w:ascii="Aptos" w:hAnsi="Aptos"/>
          <w:b w:val="0"/>
          <w:i w:val="0"/>
          <w:color w:val="1F2937"/>
          <w:sz w:val="4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819"/>
        <w:gridCol w:w="4819"/>
      </w:tblGrid>
      <w:tr>
        <w:tc>
          <w:tcPr>
            <w:tcW w:type="dxa" w:w="5100"/>
            <w:shd w:fill="F8FAFC"/>
            <w:tcMar>
              <w:top w:w="100" w:type="dxa"/>
              <w:start w:w="110" w:type="dxa"/>
              <w:bottom w:w="100" w:type="dxa"/>
              <w:end w:w="110" w:type="dxa"/>
            </w:tcMar>
          </w:tcPr>
          <w:p/>
          <w:p>
            <w:pPr>
              <w:spacing w:after="80" w:before="0"/>
            </w:pPr>
            <w:r>
              <w:rPr>
                <w:rFonts w:ascii="Aptos" w:hAnsi="Aptos"/>
                <w:b/>
                <w:i w:val="0"/>
                <w:color w:val="0F172A"/>
                <w:sz w:val="22"/>
              </w:rPr>
              <w:t>Brug skabelonen sådan</w:t>
            </w:r>
          </w:p>
          <w:p>
            <w:pPr>
              <w:spacing w:after="0" w:before="0"/>
            </w:pPr>
            <w:r>
              <w:rPr>
                <w:rFonts w:ascii="Aptos" w:hAnsi="Aptos"/>
                <w:b w:val="0"/>
                <w:i w:val="0"/>
                <w:color w:val="334155"/>
                <w:sz w:val="20"/>
              </w:rPr>
              <w:t>Tilpas dato, modtager og sidste arbejdsdag. Hold tonen kort, tydelig og professionel.</w:t>
            </w:r>
          </w:p>
        </w:tc>
        <w:tc>
          <w:tcPr>
            <w:tcW w:type="dxa" w:w="5100"/>
            <w:shd w:fill="F8FAFC"/>
            <w:tcMar>
              <w:top w:w="100" w:type="dxa"/>
              <w:start w:w="110" w:type="dxa"/>
              <w:bottom w:w="100" w:type="dxa"/>
              <w:end w:w="110" w:type="dxa"/>
            </w:tcMar>
          </w:tcPr>
          <w:p/>
          <w:p>
            <w:pPr>
              <w:spacing w:after="80" w:before="0"/>
            </w:pPr>
            <w:r>
              <w:rPr>
                <w:rFonts w:ascii="Aptos" w:hAnsi="Aptos"/>
                <w:b/>
                <w:i w:val="0"/>
                <w:color w:val="0F172A"/>
                <w:sz w:val="22"/>
              </w:rPr>
              <w:t>Vigtigt</w:t>
            </w:r>
          </w:p>
          <w:p>
            <w:pPr>
              <w:spacing w:after="0" w:before="0"/>
            </w:pPr>
            <w:r>
              <w:rPr>
                <w:rFonts w:ascii="Aptos" w:hAnsi="Aptos"/>
                <w:b w:val="0"/>
                <w:i w:val="0"/>
                <w:color w:val="334155"/>
                <w:sz w:val="20"/>
              </w:rPr>
              <w:t>Kontrollér altid din kontrakt, overenskomst og eventuelle særlige vilkår, før du sender opsigelsen.</w:t>
            </w:r>
          </w:p>
        </w:tc>
      </w:tr>
    </w:tbl>
    <w:p>
      <w:pPr>
        <w:spacing w:after="40" w:before="0"/>
      </w:pPr>
      <w:r>
        <w:rPr>
          <w:rFonts w:ascii="Aptos" w:hAnsi="Aptos"/>
          <w:b w:val="0"/>
          <w:i w:val="0"/>
          <w:color w:val="1F2937"/>
          <w:sz w:val="4"/>
        </w:rPr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00"/>
        <w:gridCol w:w="5100"/>
      </w:tblGrid>
      <w:tr>
        <w:tc>
          <w:tcPr>
            <w:tcW w:type="dxa" w:w="5100"/>
            <w:shd w:fill="FFFFFF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60"/>
            </w:pPr>
            <w:r>
              <w:rPr>
                <w:rFonts w:ascii="Aptos" w:hAnsi="Aptos"/>
                <w:b/>
                <w:color w:val="1E3A8A"/>
                <w:sz w:val="21"/>
              </w:rPr>
              <w:t>Dato</w:t>
            </w:r>
          </w:p>
          <w:p>
            <w:pPr>
              <w:spacing w:after="0"/>
            </w:pPr>
            <w:r>
              <w:rPr>
                <w:rFonts w:ascii="Aptos" w:hAnsi="Aptos"/>
                <w:color w:val="111827"/>
                <w:sz w:val="21"/>
              </w:rPr>
              <w:t>______________________________</w:t>
            </w:r>
          </w:p>
        </w:tc>
        <w:tc>
          <w:tcPr>
            <w:tcW w:type="dxa" w:w="5100"/>
            <w:shd w:fill="FFFFFF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60"/>
            </w:pPr>
            <w:r>
              <w:rPr>
                <w:rFonts w:ascii="Aptos" w:hAnsi="Aptos"/>
                <w:b/>
                <w:color w:val="1E3A8A"/>
                <w:sz w:val="21"/>
              </w:rPr>
              <w:t>Sidste arbejdsdag</w:t>
            </w:r>
          </w:p>
          <w:p>
            <w:pPr>
              <w:spacing w:after="0"/>
            </w:pPr>
            <w:r>
              <w:rPr>
                <w:rFonts w:ascii="Aptos" w:hAnsi="Aptos"/>
                <w:color w:val="111827"/>
                <w:sz w:val="21"/>
              </w:rPr>
              <w:t>______________________________</w:t>
            </w:r>
          </w:p>
        </w:tc>
      </w:tr>
      <w:tr>
        <w:tc>
          <w:tcPr>
            <w:tcW w:type="dxa" w:w="5100"/>
            <w:shd w:fill="FFFFFF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60"/>
            </w:pPr>
            <w:r>
              <w:rPr>
                <w:rFonts w:ascii="Aptos" w:hAnsi="Aptos"/>
                <w:b/>
                <w:color w:val="1E3A8A"/>
                <w:sz w:val="21"/>
              </w:rPr>
              <w:t>Virksomhed</w:t>
            </w:r>
          </w:p>
          <w:p>
            <w:pPr>
              <w:spacing w:after="0"/>
            </w:pPr>
            <w:r>
              <w:rPr>
                <w:rFonts w:ascii="Aptos" w:hAnsi="Aptos"/>
                <w:color w:val="111827"/>
                <w:sz w:val="21"/>
              </w:rPr>
              <w:t>______________________________</w:t>
            </w:r>
          </w:p>
        </w:tc>
        <w:tc>
          <w:tcPr>
            <w:tcW w:type="dxa" w:w="5100"/>
            <w:shd w:fill="FFFFFF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60"/>
            </w:pPr>
            <w:r>
              <w:rPr>
                <w:rFonts w:ascii="Aptos" w:hAnsi="Aptos"/>
                <w:b/>
                <w:color w:val="1E3A8A"/>
                <w:sz w:val="21"/>
              </w:rPr>
              <w:t>Kontaktperson</w:t>
            </w:r>
          </w:p>
          <w:p>
            <w:pPr>
              <w:spacing w:after="0"/>
            </w:pPr>
            <w:r>
              <w:rPr>
                <w:rFonts w:ascii="Aptos" w:hAnsi="Aptos"/>
                <w:color w:val="111827"/>
                <w:sz w:val="21"/>
              </w:rPr>
              <w:t>______________________________</w:t>
            </w:r>
          </w:p>
        </w:tc>
      </w:tr>
    </w:tbl>
    <w:p>
      <w:pPr>
        <w:spacing w:after="40" w:before="0"/>
      </w:pPr>
      <w:r>
        <w:rPr>
          <w:rFonts w:ascii="Aptos" w:hAnsi="Aptos"/>
          <w:b w:val="0"/>
          <w:i w:val="0"/>
          <w:color w:val="1F2937"/>
          <w:sz w:val="4"/>
        </w:rPr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Emne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Opsigelse af stilling som funktionær</w:t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Hilsen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Kære ______________________________</w:t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Opsigelse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Jeg ønsker hermed at opsige min stilling hos virksomheden i henhold til funktionærloven samt mit gældende opsigelsesvarsel.</w:t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Varsel og fratræden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Min opsigelse sker med det varsel, der følger af min ansættelseskontrakt og de gældende regler. Min forventede sidste arbejdsdag er ______________________________.</w:t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Afslutning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Tak for samarbejdet og den erfaring, jeg har fået under min ansættelse. Jeg vil naturligvis bidrage til en god og professionel overdragelse i opsigelsesperioden.</w:t>
      </w:r>
    </w:p>
    <w:p>
      <w:pPr>
        <w:spacing w:after="40" w:before="60"/>
      </w:pPr>
      <w:r>
        <w:rPr>
          <w:rFonts w:ascii="Aptos" w:hAnsi="Aptos"/>
          <w:b/>
          <w:i w:val="0"/>
          <w:color w:val="1D4ED8"/>
          <w:sz w:val="23"/>
        </w:rPr>
        <w:t>Venlig hilsen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______________________________</w:t>
      </w:r>
    </w:p>
    <w:p>
      <w:pPr>
        <w:spacing w:after="40" w:before="0"/>
      </w:pPr>
      <w:r>
        <w:rPr>
          <w:rFonts w:ascii="Aptos" w:hAnsi="Aptos"/>
          <w:b w:val="0"/>
          <w:i w:val="0"/>
          <w:color w:val="111827"/>
          <w:sz w:val="21"/>
        </w:rPr>
        <w:t>Dit navn</w:t>
      </w:r>
    </w:p>
    <w:sectPr w:rsidR="00FC693F" w:rsidRPr="0006063C" w:rsidSect="00034616">
      <w:footerReference w:type="default" r:id="rId9"/>
      <w:pgSz w:w="12240" w:h="15840"/>
      <w:pgMar w:top="879" w:right="1020" w:bottom="822" w:left="1020" w:header="720" w:footer="720" w:gutter="0"/>
      <w:cols w:space="720"/>
      <w:docGrid w:linePitch="360"/>
      <w:pgBorders w:offsetFrom="page">
        <w:top w:val="single" w:sz="8" w:space="16" w:color="D9E2F3"/>
        <w:left w:val="single" w:sz="8" w:space="16" w:color="D9E2F3"/>
        <w:bottom w:val="single" w:sz="8" w:space="16" w:color="D9E2F3"/>
        <w:right w:val="single" w:sz="8" w:space="16" w:color="D9E2F3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/>
        <w:color w:val="64748B"/>
        <w:sz w:val="18"/>
      </w:rPr>
      <w:t>detgodejob.dk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