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111827"/>
          <w:sz w:val="38"/>
        </w:rPr>
        <w:t>Opsigelse skabelon</w:t>
      </w:r>
    </w:p>
    <w:p>
      <w:pPr>
        <w:jc w:val="center"/>
      </w:pPr>
      <w:r>
        <w:rPr>
          <w:i/>
          <w:color w:val="4B5563"/>
          <w:sz w:val="20"/>
        </w:rPr>
        <w:t>Professionel skabelon til opsigelse af job i Danmark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896"/>
        <w:gridCol w:w="4896"/>
      </w:tblGrid>
      <w:tr>
        <w:tc>
          <w:tcPr>
            <w:tcW w:type="dxa" w:w="4896"/>
            <w:shd w:fill="EEF2FF"/>
          </w:tcPr>
          <w:p>
            <w:r>
              <w:rPr>
                <w:sz w:val="21"/>
              </w:rPr>
              <w:t>Navn</w:t>
            </w:r>
          </w:p>
        </w:tc>
        <w:tc>
          <w:tcPr>
            <w:tcW w:type="dxa" w:w="4896"/>
          </w:tcPr>
          <w:p>
            <w:r>
              <w:rPr>
                <w:sz w:val="21"/>
              </w:rPr>
              <w:t>________________________________________</w:t>
            </w:r>
          </w:p>
        </w:tc>
      </w:tr>
      <w:tr>
        <w:tc>
          <w:tcPr>
            <w:tcW w:type="dxa" w:w="4896"/>
            <w:shd w:fill="EEF2FF"/>
          </w:tcPr>
          <w:p>
            <w:r>
              <w:rPr>
                <w:sz w:val="21"/>
              </w:rPr>
              <w:t>Adresse</w:t>
            </w:r>
          </w:p>
        </w:tc>
        <w:tc>
          <w:tcPr>
            <w:tcW w:type="dxa" w:w="4896"/>
          </w:tcPr>
          <w:p>
            <w:r>
              <w:rPr>
                <w:sz w:val="21"/>
              </w:rPr>
              <w:t>________________________________________</w:t>
            </w:r>
          </w:p>
        </w:tc>
      </w:tr>
      <w:tr>
        <w:tc>
          <w:tcPr>
            <w:tcW w:type="dxa" w:w="4896"/>
            <w:shd w:fill="EEF2FF"/>
          </w:tcPr>
          <w:p>
            <w:r>
              <w:rPr>
                <w:sz w:val="21"/>
              </w:rPr>
              <w:t>Telefon / E-mail</w:t>
            </w:r>
          </w:p>
        </w:tc>
        <w:tc>
          <w:tcPr>
            <w:tcW w:type="dxa" w:w="4896"/>
          </w:tcPr>
          <w:p>
            <w:r>
              <w:rPr>
                <w:sz w:val="21"/>
              </w:rPr>
              <w:t>________________________________________</w:t>
            </w:r>
          </w:p>
        </w:tc>
      </w:tr>
      <w:tr>
        <w:tc>
          <w:tcPr>
            <w:tcW w:type="dxa" w:w="4896"/>
            <w:shd w:fill="EEF2FF"/>
          </w:tcPr>
          <w:p>
            <w:r>
              <w:rPr>
                <w:sz w:val="21"/>
              </w:rPr>
              <w:t>Dato</w:t>
            </w:r>
          </w:p>
        </w:tc>
        <w:tc>
          <w:tcPr>
            <w:tcW w:type="dxa" w:w="4896"/>
          </w:tcPr>
          <w:p>
            <w:r>
              <w:rPr>
                <w:sz w:val="21"/>
              </w:rPr>
              <w:t>________________________________________</w:t>
            </w:r>
          </w:p>
        </w:tc>
      </w:tr>
    </w:tbl>
    <w:p/>
    <w:p>
      <w:r>
        <w:rPr>
          <w:b/>
          <w:sz w:val="24"/>
        </w:rPr>
        <w:t>Til arbejdsgiver</w:t>
      </w:r>
    </w:p>
    <w:p>
      <w:r>
        <w:t>Virksomhed: ________________________________</w:t>
      </w:r>
    </w:p>
    <w:p>
      <w:r>
        <w:t>Att.: _____________________________________</w:t>
      </w:r>
    </w:p>
    <w:p>
      <w:r>
        <w:t>Adresse: _________________________________</w:t>
      </w:r>
    </w:p>
    <w:p/>
    <w:p>
      <w:r>
        <w:rPr>
          <w:b/>
          <w:sz w:val="24"/>
        </w:rPr>
        <w:t>Emne: Opsigelse</w:t>
      </w:r>
    </w:p>
    <w:p>
      <w:r>
        <w:t>Jeg ønsker hermed at opsige min stilling som __________________________ hos virksomheden.</w:t>
      </w:r>
    </w:p>
    <w:p>
      <w:r>
        <w:t>Min opsigelse sker i overensstemmelse med mit gældende opsigelsesvarsel, og min sidste arbejdsdag forventes derfor at være den __________________________.</w:t>
      </w:r>
    </w:p>
    <w:p>
      <w:r>
        <w:t>Jeg vil gerne takke for samarbejdet og den erfaring, jeg har fået i min ansættelse.</w:t>
      </w:r>
    </w:p>
    <w:p>
      <w:r>
        <w:t>Jeg står naturligvis til rådighed i opsigelsesperioden og vil gøre mit bedste for at sikre en god overdragelse af mine opgaver.</w:t>
      </w:r>
    </w:p>
    <w:p/>
    <w:p>
      <w:r>
        <w:t>Med venlig hilsen</w:t>
      </w:r>
    </w:p>
    <w:p/>
    <w:p>
      <w:r>
        <w:t>________________________________________</w:t>
      </w:r>
    </w:p>
    <w:p>
      <w:r>
        <w:t>Underskrift</w:t>
      </w:r>
    </w:p>
    <w:p/>
    <w:p>
      <w:r>
        <w:t>________________________________________</w:t>
      </w:r>
    </w:p>
    <w:p>
      <w:r>
        <w:t>Navn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9792"/>
      </w:tblGrid>
      <w:tr>
        <w:tc>
          <w:tcPr>
            <w:tcW w:type="dxa" w:w="9792"/>
            <w:shd w:fill="F3F4F6"/>
          </w:tcPr>
          <w:p>
            <w:r>
              <w:rPr>
                <w:i/>
                <w:color w:val="374151"/>
                <w:sz w:val="20"/>
              </w:rPr>
              <w:t>Tip: Gem altid en kopi af din opsigelse, og kontroller dit opsigelsesvarsel i kontrakten, før du sender dokumentet.</w:t>
            </w:r>
          </w:p>
        </w:tc>
      </w:tr>
    </w:tbl>
    <w:sectPr w:rsidR="00FC693F" w:rsidRPr="0006063C" w:rsidSect="00034616">
      <w:pgSz w:w="12240" w:h="15840"/>
      <w:pgMar w:top="1008" w:right="1224" w:bottom="1008" w:left="12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