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Uopfordret ansøgning eksempel</w:t>
      </w:r>
    </w:p>
    <w:p>
      <w:r>
        <w:t>Uopfordret ansøgning eksempel</w:t>
      </w:r>
    </w:p>
    <w:p/>
    <w:p>
      <w:r>
        <w:t>Navn Efternavn</w:t>
      </w:r>
    </w:p>
    <w:p>
      <w:r>
        <w:t>Adresse 12</w:t>
      </w:r>
    </w:p>
    <w:p>
      <w:r>
        <w:t>8000 Aarhus C</w:t>
      </w:r>
    </w:p>
    <w:p>
      <w:r>
        <w:t>Telefon: 12 34 56 78</w:t>
      </w:r>
    </w:p>
    <w:p>
      <w:r>
        <w:t>E-mail: navn@mail.dk</w:t>
      </w:r>
    </w:p>
    <w:p/>
    <w:p>
      <w:r>
        <w:t>Virksomhedens navn</w:t>
      </w:r>
    </w:p>
    <w:p>
      <w:r>
        <w:t>Att: HR-afdeling</w:t>
      </w:r>
    </w:p>
    <w:p>
      <w:r>
        <w:t>Adresse 45</w:t>
      </w:r>
    </w:p>
    <w:p>
      <w:r>
        <w:t>5000 Odense C</w:t>
      </w:r>
    </w:p>
    <w:p/>
    <w:p>
      <w:r>
        <w:t>Uopfordret ansøgning</w:t>
      </w:r>
    </w:p>
    <w:p/>
    <w:p>
      <w:r>
        <w:t>Kære HR-afdeling</w:t>
      </w:r>
    </w:p>
    <w:p/>
    <w:p>
      <w:r>
        <w:t>Jeg skriver for at høre, om I har behov for en engageret og ansvarsbevidst medarbejder.</w:t>
      </w:r>
    </w:p>
    <w:p>
      <w:r>
        <w:t>Jeg er en stabil og motiveret person, som arbejder struktureret og effektivt.</w:t>
      </w:r>
    </w:p>
    <w:p/>
    <w:p>
      <w:r>
        <w:t>Jeg har erfaring med teamwork og trives i et travlt arbejdsmiljø.</w:t>
      </w:r>
    </w:p>
    <w:p>
      <w:r>
        <w:t>Jeg er fleksibel, mødestabil og klar til at bidrage positivt til virksomhedens daglige drift.</w:t>
      </w:r>
    </w:p>
    <w:p/>
    <w:p>
      <w:r>
        <w:t>Jeg håber, at min ansøgning vil blive taget i betragtning, hvis der opstår en relevant stilling.</w:t>
      </w:r>
    </w:p>
    <w:p/>
    <w:p>
      <w:r>
        <w:t>Med venlig hilsen</w:t>
      </w:r>
    </w:p>
    <w:p/>
    <w:p>
      <w:r>
        <w:t>Navn Efternavn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